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CA518" w14:textId="77777777" w:rsidR="00C403FE" w:rsidRDefault="00C403FE">
      <w:pPr>
        <w:jc w:val="center"/>
        <w:rPr>
          <w:b/>
          <w:sz w:val="46"/>
        </w:rPr>
      </w:pPr>
    </w:p>
    <w:p w14:paraId="0D31FC93" w14:textId="77777777" w:rsidR="00C403FE" w:rsidRDefault="00C403FE">
      <w:pPr>
        <w:jc w:val="center"/>
        <w:rPr>
          <w:b/>
          <w:sz w:val="46"/>
        </w:rPr>
      </w:pPr>
    </w:p>
    <w:p w14:paraId="654B7C10" w14:textId="77777777" w:rsidR="00C403FE" w:rsidRDefault="00C403FE">
      <w:pPr>
        <w:jc w:val="center"/>
        <w:rPr>
          <w:b/>
          <w:sz w:val="46"/>
        </w:rPr>
      </w:pPr>
    </w:p>
    <w:p w14:paraId="7EC51EB1" w14:textId="77777777" w:rsidR="00C403FE" w:rsidRDefault="00C403FE">
      <w:pPr>
        <w:jc w:val="center"/>
        <w:rPr>
          <w:b/>
          <w:sz w:val="46"/>
        </w:rPr>
      </w:pPr>
    </w:p>
    <w:p w14:paraId="47EE66C0" w14:textId="77777777" w:rsidR="00C403FE" w:rsidRDefault="00C403FE">
      <w:pPr>
        <w:jc w:val="center"/>
        <w:rPr>
          <w:b/>
          <w:sz w:val="46"/>
        </w:rPr>
      </w:pPr>
    </w:p>
    <w:p w14:paraId="5F34C389" w14:textId="6B376A1A" w:rsidR="00CE3156" w:rsidRDefault="00000000">
      <w:pPr>
        <w:jc w:val="center"/>
      </w:pPr>
      <w:r>
        <w:rPr>
          <w:b/>
          <w:sz w:val="46"/>
        </w:rPr>
        <w:t>IARU ARDF CHAMPIONSHIPS</w:t>
      </w:r>
      <w:r>
        <w:rPr>
          <w:b/>
          <w:sz w:val="46"/>
        </w:rPr>
        <w:br/>
        <w:t>HISTORICAL OVERVIEW</w:t>
      </w:r>
    </w:p>
    <w:p w14:paraId="063E58FB" w14:textId="77777777" w:rsidR="00CE3156" w:rsidRDefault="00000000">
      <w:pPr>
        <w:jc w:val="center"/>
      </w:pPr>
      <w:r>
        <w:rPr>
          <w:i/>
          <w:sz w:val="22"/>
        </w:rPr>
        <w:t>IARU World ARDF Championships • IARU Region 1 ARDF Championships • IARU World Youth ARDF Championships</w:t>
      </w:r>
    </w:p>
    <w:p w14:paraId="20E8527A" w14:textId="75DD67B6" w:rsidR="00CE3156" w:rsidRDefault="00000000">
      <w:pPr>
        <w:jc w:val="center"/>
      </w:pPr>
      <w:r>
        <w:t xml:space="preserve">Chronological tables of championship editions, years and venues </w:t>
      </w:r>
    </w:p>
    <w:p w14:paraId="0BB0DC21" w14:textId="77777777" w:rsidR="00CE3156" w:rsidRDefault="00000000">
      <w:r>
        <w:br w:type="page"/>
      </w:r>
    </w:p>
    <w:p w14:paraId="744CCB86" w14:textId="77777777" w:rsidR="00C403FE" w:rsidRDefault="00C403FE">
      <w:pPr>
        <w:pStyle w:val="Heading1"/>
      </w:pPr>
    </w:p>
    <w:p w14:paraId="1AF98E3F" w14:textId="32BF69DB" w:rsidR="00CE3156" w:rsidRDefault="00000000">
      <w:pPr>
        <w:pStyle w:val="Heading1"/>
      </w:pPr>
      <w:r>
        <w:t>1. Purpose and Scope</w:t>
      </w:r>
    </w:p>
    <w:p w14:paraId="72D2B976" w14:textId="77777777" w:rsidR="00CE3156" w:rsidRDefault="00000000">
      <w:r>
        <w:t>This document provides a chronological historical overview of the major IARU ARDF championships associated with IARU Region 1. The information is divided into three separate tables: IARU World ARDF Championships, IARU Region 1 ARDF Championships, and IARU World Youth ARDF Championships.</w:t>
      </w:r>
    </w:p>
    <w:p w14:paraId="1921D503" w14:textId="77777777" w:rsidR="00CE3156" w:rsidRDefault="00000000">
      <w:r>
        <w:t>The Region 1 table retains the historical numbering used in IARU ARDF records. The first eight championships, held between 1961 and 1977, were European Championships and are identified in later IARU documentation as the predecessors of the IARU Region 1 Championships. The Region 1 series then resumes with the 9th championship in 1993.</w:t>
      </w:r>
    </w:p>
    <w:p w14:paraId="41F5925B" w14:textId="77777777" w:rsidR="00CE3156" w:rsidRDefault="00000000">
      <w:r>
        <w:t>Canceled events are shown separately where the event was officially planned but did not take place. This is important for preserving the continuity of championship planning and numbering, particularly during the COVID-19 period.</w:t>
      </w:r>
    </w:p>
    <w:p w14:paraId="04FC84BB" w14:textId="77777777" w:rsidR="00CE3156" w:rsidRDefault="00000000">
      <w:pPr>
        <w:pStyle w:val="Heading1"/>
      </w:pPr>
      <w:r>
        <w:t>2. IARU World ARDF Championships</w:t>
      </w:r>
    </w:p>
    <w:p w14:paraId="667C9AFA" w14:textId="77777777" w:rsidR="00CE3156" w:rsidRDefault="00000000">
      <w:r>
        <w:t xml:space="preserve">The World ARDF Championship series began in 1980 in </w:t>
      </w:r>
      <w:proofErr w:type="spellStart"/>
      <w:r>
        <w:t>Cetniewo</w:t>
      </w:r>
      <w:proofErr w:type="spellEnd"/>
      <w:r>
        <w:t>, Poland. The series has subsequently been hosted in Europe, Asia and other parts of the IARU community. The 2020 championship, planned for Zlatibor, Serbia, was canceled; the 20th World Championship was subsequently held in Borovets, Bulgaria in 2022.</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CE3156" w14:paraId="7884815F" w14:textId="77777777">
        <w:trPr>
          <w:jc w:val="center"/>
        </w:trPr>
        <w:tc>
          <w:tcPr>
            <w:tcW w:w="2045" w:type="dxa"/>
            <w:shd w:val="clear" w:color="auto" w:fill="D9EAF7"/>
            <w:vAlign w:val="center"/>
          </w:tcPr>
          <w:p w14:paraId="555246A1" w14:textId="77777777" w:rsidR="00CE3156" w:rsidRDefault="00000000">
            <w:r>
              <w:rPr>
                <w:b/>
                <w:sz w:val="18"/>
              </w:rPr>
              <w:t>Edition</w:t>
            </w:r>
          </w:p>
        </w:tc>
        <w:tc>
          <w:tcPr>
            <w:tcW w:w="2045" w:type="dxa"/>
            <w:shd w:val="clear" w:color="auto" w:fill="D9EAF7"/>
            <w:vAlign w:val="center"/>
          </w:tcPr>
          <w:p w14:paraId="506C7836" w14:textId="77777777" w:rsidR="00CE3156" w:rsidRDefault="00000000">
            <w:r>
              <w:rPr>
                <w:b/>
                <w:sz w:val="18"/>
              </w:rPr>
              <w:t>Year</w:t>
            </w:r>
          </w:p>
        </w:tc>
        <w:tc>
          <w:tcPr>
            <w:tcW w:w="2045" w:type="dxa"/>
            <w:shd w:val="clear" w:color="auto" w:fill="D9EAF7"/>
            <w:vAlign w:val="center"/>
          </w:tcPr>
          <w:p w14:paraId="6C4C94C5" w14:textId="77777777" w:rsidR="00CE3156" w:rsidRDefault="00000000">
            <w:r>
              <w:rPr>
                <w:b/>
                <w:sz w:val="18"/>
              </w:rPr>
              <w:t>Venue</w:t>
            </w:r>
          </w:p>
        </w:tc>
        <w:tc>
          <w:tcPr>
            <w:tcW w:w="2045" w:type="dxa"/>
            <w:shd w:val="clear" w:color="auto" w:fill="D9EAF7"/>
            <w:vAlign w:val="center"/>
          </w:tcPr>
          <w:p w14:paraId="50F42BA6" w14:textId="77777777" w:rsidR="00CE3156" w:rsidRDefault="00000000">
            <w:r>
              <w:rPr>
                <w:b/>
                <w:sz w:val="18"/>
              </w:rPr>
              <w:t>Country</w:t>
            </w:r>
          </w:p>
        </w:tc>
        <w:tc>
          <w:tcPr>
            <w:tcW w:w="2045" w:type="dxa"/>
            <w:shd w:val="clear" w:color="auto" w:fill="D9EAF7"/>
            <w:vAlign w:val="center"/>
          </w:tcPr>
          <w:p w14:paraId="423B504D" w14:textId="77777777" w:rsidR="00CE3156" w:rsidRDefault="00000000">
            <w:r>
              <w:rPr>
                <w:b/>
                <w:sz w:val="18"/>
              </w:rPr>
              <w:t>Note</w:t>
            </w:r>
          </w:p>
        </w:tc>
      </w:tr>
      <w:tr w:rsidR="00CE3156" w14:paraId="06380AE3" w14:textId="77777777">
        <w:trPr>
          <w:jc w:val="center"/>
        </w:trPr>
        <w:tc>
          <w:tcPr>
            <w:tcW w:w="2045" w:type="dxa"/>
            <w:vAlign w:val="center"/>
          </w:tcPr>
          <w:p w14:paraId="0E640CD4" w14:textId="77777777" w:rsidR="00CE3156" w:rsidRDefault="00000000">
            <w:r>
              <w:rPr>
                <w:sz w:val="18"/>
              </w:rPr>
              <w:t>1st</w:t>
            </w:r>
          </w:p>
        </w:tc>
        <w:tc>
          <w:tcPr>
            <w:tcW w:w="2045" w:type="dxa"/>
            <w:vAlign w:val="center"/>
          </w:tcPr>
          <w:p w14:paraId="2F4CE979" w14:textId="77777777" w:rsidR="00CE3156" w:rsidRDefault="00000000">
            <w:r>
              <w:rPr>
                <w:sz w:val="18"/>
              </w:rPr>
              <w:t>1980</w:t>
            </w:r>
          </w:p>
        </w:tc>
        <w:tc>
          <w:tcPr>
            <w:tcW w:w="2045" w:type="dxa"/>
            <w:vAlign w:val="center"/>
          </w:tcPr>
          <w:p w14:paraId="34A5933C" w14:textId="77777777" w:rsidR="00CE3156" w:rsidRDefault="00000000">
            <w:proofErr w:type="spellStart"/>
            <w:r>
              <w:rPr>
                <w:sz w:val="18"/>
              </w:rPr>
              <w:t>Cetniewo</w:t>
            </w:r>
            <w:proofErr w:type="spellEnd"/>
          </w:p>
        </w:tc>
        <w:tc>
          <w:tcPr>
            <w:tcW w:w="2045" w:type="dxa"/>
            <w:vAlign w:val="center"/>
          </w:tcPr>
          <w:p w14:paraId="4F0E3B30" w14:textId="77777777" w:rsidR="00CE3156" w:rsidRDefault="00000000">
            <w:r>
              <w:rPr>
                <w:sz w:val="18"/>
              </w:rPr>
              <w:t>Poland</w:t>
            </w:r>
          </w:p>
        </w:tc>
        <w:tc>
          <w:tcPr>
            <w:tcW w:w="2045" w:type="dxa"/>
            <w:vAlign w:val="center"/>
          </w:tcPr>
          <w:p w14:paraId="70018AD5" w14:textId="77777777" w:rsidR="00CE3156" w:rsidRDefault="00CE3156"/>
        </w:tc>
      </w:tr>
      <w:tr w:rsidR="00CE3156" w14:paraId="1639A925" w14:textId="77777777">
        <w:trPr>
          <w:jc w:val="center"/>
        </w:trPr>
        <w:tc>
          <w:tcPr>
            <w:tcW w:w="2045" w:type="dxa"/>
            <w:vAlign w:val="center"/>
          </w:tcPr>
          <w:p w14:paraId="2F066388" w14:textId="77777777" w:rsidR="00CE3156" w:rsidRDefault="00000000">
            <w:r>
              <w:rPr>
                <w:sz w:val="18"/>
              </w:rPr>
              <w:t>2nd</w:t>
            </w:r>
          </w:p>
        </w:tc>
        <w:tc>
          <w:tcPr>
            <w:tcW w:w="2045" w:type="dxa"/>
            <w:vAlign w:val="center"/>
          </w:tcPr>
          <w:p w14:paraId="232533AC" w14:textId="77777777" w:rsidR="00CE3156" w:rsidRDefault="00000000">
            <w:r>
              <w:rPr>
                <w:sz w:val="18"/>
              </w:rPr>
              <w:t>1984</w:t>
            </w:r>
          </w:p>
        </w:tc>
        <w:tc>
          <w:tcPr>
            <w:tcW w:w="2045" w:type="dxa"/>
            <w:vAlign w:val="center"/>
          </w:tcPr>
          <w:p w14:paraId="653C0A19" w14:textId="77777777" w:rsidR="00CE3156" w:rsidRDefault="00000000">
            <w:r>
              <w:rPr>
                <w:sz w:val="18"/>
              </w:rPr>
              <w:t>Oslo</w:t>
            </w:r>
          </w:p>
        </w:tc>
        <w:tc>
          <w:tcPr>
            <w:tcW w:w="2045" w:type="dxa"/>
            <w:vAlign w:val="center"/>
          </w:tcPr>
          <w:p w14:paraId="4B5C5F43" w14:textId="77777777" w:rsidR="00CE3156" w:rsidRDefault="00000000">
            <w:r>
              <w:rPr>
                <w:sz w:val="18"/>
              </w:rPr>
              <w:t>Norway</w:t>
            </w:r>
          </w:p>
        </w:tc>
        <w:tc>
          <w:tcPr>
            <w:tcW w:w="2045" w:type="dxa"/>
            <w:vAlign w:val="center"/>
          </w:tcPr>
          <w:p w14:paraId="31BF62AF" w14:textId="77777777" w:rsidR="00CE3156" w:rsidRDefault="00CE3156"/>
        </w:tc>
      </w:tr>
      <w:tr w:rsidR="00CE3156" w14:paraId="5CD40E88" w14:textId="77777777">
        <w:trPr>
          <w:jc w:val="center"/>
        </w:trPr>
        <w:tc>
          <w:tcPr>
            <w:tcW w:w="2045" w:type="dxa"/>
            <w:vAlign w:val="center"/>
          </w:tcPr>
          <w:p w14:paraId="3D1AB48D" w14:textId="77777777" w:rsidR="00CE3156" w:rsidRDefault="00000000">
            <w:r>
              <w:rPr>
                <w:sz w:val="18"/>
              </w:rPr>
              <w:t>3rd</w:t>
            </w:r>
          </w:p>
        </w:tc>
        <w:tc>
          <w:tcPr>
            <w:tcW w:w="2045" w:type="dxa"/>
            <w:vAlign w:val="center"/>
          </w:tcPr>
          <w:p w14:paraId="448D6355" w14:textId="77777777" w:rsidR="00CE3156" w:rsidRDefault="00000000">
            <w:r>
              <w:rPr>
                <w:sz w:val="18"/>
              </w:rPr>
              <w:t>1986</w:t>
            </w:r>
          </w:p>
        </w:tc>
        <w:tc>
          <w:tcPr>
            <w:tcW w:w="2045" w:type="dxa"/>
            <w:vAlign w:val="center"/>
          </w:tcPr>
          <w:p w14:paraId="7F28931C" w14:textId="77777777" w:rsidR="00CE3156" w:rsidRDefault="00000000">
            <w:r>
              <w:rPr>
                <w:sz w:val="18"/>
              </w:rPr>
              <w:t>Sarajevo</w:t>
            </w:r>
          </w:p>
        </w:tc>
        <w:tc>
          <w:tcPr>
            <w:tcW w:w="2045" w:type="dxa"/>
            <w:vAlign w:val="center"/>
          </w:tcPr>
          <w:p w14:paraId="52A09434" w14:textId="77777777" w:rsidR="00CE3156" w:rsidRDefault="00000000">
            <w:r>
              <w:rPr>
                <w:sz w:val="18"/>
              </w:rPr>
              <w:t>Yugoslavia</w:t>
            </w:r>
          </w:p>
        </w:tc>
        <w:tc>
          <w:tcPr>
            <w:tcW w:w="2045" w:type="dxa"/>
            <w:vAlign w:val="center"/>
          </w:tcPr>
          <w:p w14:paraId="7562729E" w14:textId="77777777" w:rsidR="00CE3156" w:rsidRDefault="00CE3156"/>
        </w:tc>
      </w:tr>
      <w:tr w:rsidR="00CE3156" w14:paraId="6EB62968" w14:textId="77777777">
        <w:trPr>
          <w:jc w:val="center"/>
        </w:trPr>
        <w:tc>
          <w:tcPr>
            <w:tcW w:w="2045" w:type="dxa"/>
            <w:vAlign w:val="center"/>
          </w:tcPr>
          <w:p w14:paraId="4E3E706A" w14:textId="77777777" w:rsidR="00CE3156" w:rsidRDefault="00000000">
            <w:r>
              <w:rPr>
                <w:sz w:val="18"/>
              </w:rPr>
              <w:t>4th</w:t>
            </w:r>
          </w:p>
        </w:tc>
        <w:tc>
          <w:tcPr>
            <w:tcW w:w="2045" w:type="dxa"/>
            <w:vAlign w:val="center"/>
          </w:tcPr>
          <w:p w14:paraId="4C6B79C2" w14:textId="77777777" w:rsidR="00CE3156" w:rsidRDefault="00000000">
            <w:r>
              <w:rPr>
                <w:sz w:val="18"/>
              </w:rPr>
              <w:t>1988</w:t>
            </w:r>
          </w:p>
        </w:tc>
        <w:tc>
          <w:tcPr>
            <w:tcW w:w="2045" w:type="dxa"/>
            <w:vAlign w:val="center"/>
          </w:tcPr>
          <w:p w14:paraId="522AECDB" w14:textId="77777777" w:rsidR="00CE3156" w:rsidRDefault="00000000">
            <w:proofErr w:type="spellStart"/>
            <w:r>
              <w:rPr>
                <w:sz w:val="18"/>
              </w:rPr>
              <w:t>Beatenberg</w:t>
            </w:r>
            <w:proofErr w:type="spellEnd"/>
          </w:p>
        </w:tc>
        <w:tc>
          <w:tcPr>
            <w:tcW w:w="2045" w:type="dxa"/>
            <w:vAlign w:val="center"/>
          </w:tcPr>
          <w:p w14:paraId="53CD5E2E" w14:textId="77777777" w:rsidR="00CE3156" w:rsidRDefault="00000000">
            <w:r>
              <w:rPr>
                <w:sz w:val="18"/>
              </w:rPr>
              <w:t>Switzerland</w:t>
            </w:r>
          </w:p>
        </w:tc>
        <w:tc>
          <w:tcPr>
            <w:tcW w:w="2045" w:type="dxa"/>
            <w:vAlign w:val="center"/>
          </w:tcPr>
          <w:p w14:paraId="08A2F5A3" w14:textId="77777777" w:rsidR="00CE3156" w:rsidRDefault="00CE3156"/>
        </w:tc>
      </w:tr>
      <w:tr w:rsidR="00CE3156" w14:paraId="0FEB49D0" w14:textId="77777777">
        <w:trPr>
          <w:jc w:val="center"/>
        </w:trPr>
        <w:tc>
          <w:tcPr>
            <w:tcW w:w="2045" w:type="dxa"/>
            <w:vAlign w:val="center"/>
          </w:tcPr>
          <w:p w14:paraId="5D5F67A7" w14:textId="77777777" w:rsidR="00CE3156" w:rsidRDefault="00000000">
            <w:r>
              <w:rPr>
                <w:sz w:val="18"/>
              </w:rPr>
              <w:t>5th</w:t>
            </w:r>
          </w:p>
        </w:tc>
        <w:tc>
          <w:tcPr>
            <w:tcW w:w="2045" w:type="dxa"/>
            <w:vAlign w:val="center"/>
          </w:tcPr>
          <w:p w14:paraId="301848A9" w14:textId="77777777" w:rsidR="00CE3156" w:rsidRDefault="00000000">
            <w:r>
              <w:rPr>
                <w:sz w:val="18"/>
              </w:rPr>
              <w:t>1990</w:t>
            </w:r>
          </w:p>
        </w:tc>
        <w:tc>
          <w:tcPr>
            <w:tcW w:w="2045" w:type="dxa"/>
            <w:vAlign w:val="center"/>
          </w:tcPr>
          <w:p w14:paraId="2EA850D0" w14:textId="77777777" w:rsidR="00CE3156" w:rsidRDefault="00000000">
            <w:proofErr w:type="spellStart"/>
            <w:r>
              <w:rPr>
                <w:sz w:val="18"/>
              </w:rPr>
              <w:t>Štrbské</w:t>
            </w:r>
            <w:proofErr w:type="spellEnd"/>
            <w:r>
              <w:rPr>
                <w:sz w:val="18"/>
              </w:rPr>
              <w:t xml:space="preserve"> </w:t>
            </w:r>
            <w:proofErr w:type="spellStart"/>
            <w:r>
              <w:rPr>
                <w:sz w:val="18"/>
              </w:rPr>
              <w:t>Pleso</w:t>
            </w:r>
            <w:proofErr w:type="spellEnd"/>
          </w:p>
        </w:tc>
        <w:tc>
          <w:tcPr>
            <w:tcW w:w="2045" w:type="dxa"/>
            <w:vAlign w:val="center"/>
          </w:tcPr>
          <w:p w14:paraId="0A31181A" w14:textId="77777777" w:rsidR="00CE3156" w:rsidRDefault="00000000">
            <w:r>
              <w:rPr>
                <w:sz w:val="18"/>
              </w:rPr>
              <w:t>Czechoslovakia</w:t>
            </w:r>
          </w:p>
        </w:tc>
        <w:tc>
          <w:tcPr>
            <w:tcW w:w="2045" w:type="dxa"/>
            <w:vAlign w:val="center"/>
          </w:tcPr>
          <w:p w14:paraId="18765D70" w14:textId="77777777" w:rsidR="00CE3156" w:rsidRDefault="00CE3156"/>
        </w:tc>
      </w:tr>
      <w:tr w:rsidR="00CE3156" w14:paraId="17D772ED" w14:textId="77777777">
        <w:trPr>
          <w:jc w:val="center"/>
        </w:trPr>
        <w:tc>
          <w:tcPr>
            <w:tcW w:w="2045" w:type="dxa"/>
            <w:vAlign w:val="center"/>
          </w:tcPr>
          <w:p w14:paraId="507B65E9" w14:textId="77777777" w:rsidR="00CE3156" w:rsidRDefault="00000000">
            <w:r>
              <w:rPr>
                <w:sz w:val="18"/>
              </w:rPr>
              <w:t>6th</w:t>
            </w:r>
          </w:p>
        </w:tc>
        <w:tc>
          <w:tcPr>
            <w:tcW w:w="2045" w:type="dxa"/>
            <w:vAlign w:val="center"/>
          </w:tcPr>
          <w:p w14:paraId="29018213" w14:textId="77777777" w:rsidR="00CE3156" w:rsidRDefault="00000000">
            <w:r>
              <w:rPr>
                <w:sz w:val="18"/>
              </w:rPr>
              <w:t>1992</w:t>
            </w:r>
          </w:p>
        </w:tc>
        <w:tc>
          <w:tcPr>
            <w:tcW w:w="2045" w:type="dxa"/>
            <w:vAlign w:val="center"/>
          </w:tcPr>
          <w:p w14:paraId="39E7D1FE" w14:textId="77777777" w:rsidR="00CE3156" w:rsidRDefault="00000000">
            <w:proofErr w:type="spellStart"/>
            <w:r>
              <w:rPr>
                <w:sz w:val="18"/>
              </w:rPr>
              <w:t>Siófok</w:t>
            </w:r>
            <w:proofErr w:type="spellEnd"/>
          </w:p>
        </w:tc>
        <w:tc>
          <w:tcPr>
            <w:tcW w:w="2045" w:type="dxa"/>
            <w:vAlign w:val="center"/>
          </w:tcPr>
          <w:p w14:paraId="0D6FD4DE" w14:textId="77777777" w:rsidR="00CE3156" w:rsidRDefault="00000000">
            <w:r>
              <w:rPr>
                <w:sz w:val="18"/>
              </w:rPr>
              <w:t>Hungary</w:t>
            </w:r>
          </w:p>
        </w:tc>
        <w:tc>
          <w:tcPr>
            <w:tcW w:w="2045" w:type="dxa"/>
            <w:vAlign w:val="center"/>
          </w:tcPr>
          <w:p w14:paraId="16460917" w14:textId="77777777" w:rsidR="00CE3156" w:rsidRDefault="00CE3156"/>
        </w:tc>
      </w:tr>
      <w:tr w:rsidR="00CE3156" w14:paraId="301397BB" w14:textId="77777777">
        <w:trPr>
          <w:jc w:val="center"/>
        </w:trPr>
        <w:tc>
          <w:tcPr>
            <w:tcW w:w="2045" w:type="dxa"/>
            <w:vAlign w:val="center"/>
          </w:tcPr>
          <w:p w14:paraId="3F60B115" w14:textId="77777777" w:rsidR="00CE3156" w:rsidRDefault="00000000">
            <w:r>
              <w:rPr>
                <w:sz w:val="18"/>
              </w:rPr>
              <w:t>7th</w:t>
            </w:r>
          </w:p>
        </w:tc>
        <w:tc>
          <w:tcPr>
            <w:tcW w:w="2045" w:type="dxa"/>
            <w:vAlign w:val="center"/>
          </w:tcPr>
          <w:p w14:paraId="7B765B4D" w14:textId="77777777" w:rsidR="00CE3156" w:rsidRDefault="00000000">
            <w:r>
              <w:rPr>
                <w:sz w:val="18"/>
              </w:rPr>
              <w:t>1994</w:t>
            </w:r>
          </w:p>
        </w:tc>
        <w:tc>
          <w:tcPr>
            <w:tcW w:w="2045" w:type="dxa"/>
            <w:vAlign w:val="center"/>
          </w:tcPr>
          <w:p w14:paraId="06998FAA" w14:textId="77777777" w:rsidR="00CE3156" w:rsidRDefault="00000000">
            <w:r>
              <w:rPr>
                <w:sz w:val="18"/>
              </w:rPr>
              <w:t>Södertälje</w:t>
            </w:r>
          </w:p>
        </w:tc>
        <w:tc>
          <w:tcPr>
            <w:tcW w:w="2045" w:type="dxa"/>
            <w:vAlign w:val="center"/>
          </w:tcPr>
          <w:p w14:paraId="4C291572" w14:textId="77777777" w:rsidR="00CE3156" w:rsidRDefault="00000000">
            <w:r>
              <w:rPr>
                <w:sz w:val="18"/>
              </w:rPr>
              <w:t>Sweden</w:t>
            </w:r>
          </w:p>
        </w:tc>
        <w:tc>
          <w:tcPr>
            <w:tcW w:w="2045" w:type="dxa"/>
            <w:vAlign w:val="center"/>
          </w:tcPr>
          <w:p w14:paraId="5F288217" w14:textId="77777777" w:rsidR="00CE3156" w:rsidRDefault="00CE3156"/>
        </w:tc>
      </w:tr>
      <w:tr w:rsidR="00CE3156" w14:paraId="4F077737" w14:textId="77777777">
        <w:trPr>
          <w:jc w:val="center"/>
        </w:trPr>
        <w:tc>
          <w:tcPr>
            <w:tcW w:w="2045" w:type="dxa"/>
            <w:vAlign w:val="center"/>
          </w:tcPr>
          <w:p w14:paraId="7AB09F92" w14:textId="77777777" w:rsidR="00CE3156" w:rsidRDefault="00000000">
            <w:r>
              <w:rPr>
                <w:sz w:val="18"/>
              </w:rPr>
              <w:t>8th</w:t>
            </w:r>
          </w:p>
        </w:tc>
        <w:tc>
          <w:tcPr>
            <w:tcW w:w="2045" w:type="dxa"/>
            <w:vAlign w:val="center"/>
          </w:tcPr>
          <w:p w14:paraId="64E69E8B" w14:textId="77777777" w:rsidR="00CE3156" w:rsidRDefault="00000000">
            <w:r>
              <w:rPr>
                <w:sz w:val="18"/>
              </w:rPr>
              <w:t>1997</w:t>
            </w:r>
          </w:p>
        </w:tc>
        <w:tc>
          <w:tcPr>
            <w:tcW w:w="2045" w:type="dxa"/>
            <w:vAlign w:val="center"/>
          </w:tcPr>
          <w:p w14:paraId="7E5D3A18" w14:textId="77777777" w:rsidR="00CE3156" w:rsidRDefault="00000000">
            <w:r>
              <w:rPr>
                <w:sz w:val="18"/>
              </w:rPr>
              <w:t>Sankt Englmar</w:t>
            </w:r>
          </w:p>
        </w:tc>
        <w:tc>
          <w:tcPr>
            <w:tcW w:w="2045" w:type="dxa"/>
            <w:vAlign w:val="center"/>
          </w:tcPr>
          <w:p w14:paraId="598AB7BC" w14:textId="77777777" w:rsidR="00CE3156" w:rsidRDefault="00000000">
            <w:r>
              <w:rPr>
                <w:sz w:val="18"/>
              </w:rPr>
              <w:t>Germany</w:t>
            </w:r>
          </w:p>
        </w:tc>
        <w:tc>
          <w:tcPr>
            <w:tcW w:w="2045" w:type="dxa"/>
            <w:vAlign w:val="center"/>
          </w:tcPr>
          <w:p w14:paraId="39B77B71" w14:textId="77777777" w:rsidR="00CE3156" w:rsidRDefault="00CE3156"/>
        </w:tc>
      </w:tr>
      <w:tr w:rsidR="00CE3156" w14:paraId="08F6A604" w14:textId="77777777">
        <w:trPr>
          <w:jc w:val="center"/>
        </w:trPr>
        <w:tc>
          <w:tcPr>
            <w:tcW w:w="2045" w:type="dxa"/>
            <w:vAlign w:val="center"/>
          </w:tcPr>
          <w:p w14:paraId="6C7558A9" w14:textId="77777777" w:rsidR="00CE3156" w:rsidRDefault="00000000">
            <w:r>
              <w:rPr>
                <w:sz w:val="18"/>
              </w:rPr>
              <w:t>9th</w:t>
            </w:r>
          </w:p>
        </w:tc>
        <w:tc>
          <w:tcPr>
            <w:tcW w:w="2045" w:type="dxa"/>
            <w:vAlign w:val="center"/>
          </w:tcPr>
          <w:p w14:paraId="6CD749DF" w14:textId="77777777" w:rsidR="00CE3156" w:rsidRDefault="00000000">
            <w:r>
              <w:rPr>
                <w:sz w:val="18"/>
              </w:rPr>
              <w:t>1998</w:t>
            </w:r>
          </w:p>
        </w:tc>
        <w:tc>
          <w:tcPr>
            <w:tcW w:w="2045" w:type="dxa"/>
            <w:vAlign w:val="center"/>
          </w:tcPr>
          <w:p w14:paraId="1A39E13B" w14:textId="77777777" w:rsidR="00CE3156" w:rsidRDefault="00000000">
            <w:proofErr w:type="spellStart"/>
            <w:r>
              <w:rPr>
                <w:sz w:val="18"/>
              </w:rPr>
              <w:t>Nyíregyháza</w:t>
            </w:r>
            <w:proofErr w:type="spellEnd"/>
          </w:p>
        </w:tc>
        <w:tc>
          <w:tcPr>
            <w:tcW w:w="2045" w:type="dxa"/>
            <w:vAlign w:val="center"/>
          </w:tcPr>
          <w:p w14:paraId="39825998" w14:textId="77777777" w:rsidR="00CE3156" w:rsidRDefault="00000000">
            <w:r>
              <w:rPr>
                <w:sz w:val="18"/>
              </w:rPr>
              <w:t>Hungary</w:t>
            </w:r>
          </w:p>
        </w:tc>
        <w:tc>
          <w:tcPr>
            <w:tcW w:w="2045" w:type="dxa"/>
            <w:vAlign w:val="center"/>
          </w:tcPr>
          <w:p w14:paraId="58B3E8CB" w14:textId="77777777" w:rsidR="00CE3156" w:rsidRDefault="00CE3156"/>
        </w:tc>
      </w:tr>
      <w:tr w:rsidR="00CE3156" w14:paraId="3597BE73" w14:textId="77777777">
        <w:trPr>
          <w:jc w:val="center"/>
        </w:trPr>
        <w:tc>
          <w:tcPr>
            <w:tcW w:w="2045" w:type="dxa"/>
            <w:vAlign w:val="center"/>
          </w:tcPr>
          <w:p w14:paraId="794B9B00" w14:textId="77777777" w:rsidR="00CE3156" w:rsidRDefault="00000000">
            <w:r>
              <w:rPr>
                <w:sz w:val="18"/>
              </w:rPr>
              <w:t>10th</w:t>
            </w:r>
          </w:p>
        </w:tc>
        <w:tc>
          <w:tcPr>
            <w:tcW w:w="2045" w:type="dxa"/>
            <w:vAlign w:val="center"/>
          </w:tcPr>
          <w:p w14:paraId="64864E00" w14:textId="77777777" w:rsidR="00CE3156" w:rsidRDefault="00000000">
            <w:r>
              <w:rPr>
                <w:sz w:val="18"/>
              </w:rPr>
              <w:t>2000</w:t>
            </w:r>
          </w:p>
        </w:tc>
        <w:tc>
          <w:tcPr>
            <w:tcW w:w="2045" w:type="dxa"/>
            <w:vAlign w:val="center"/>
          </w:tcPr>
          <w:p w14:paraId="0F6B51B6" w14:textId="77777777" w:rsidR="00CE3156" w:rsidRDefault="00000000">
            <w:r>
              <w:rPr>
                <w:sz w:val="18"/>
              </w:rPr>
              <w:t>Nanjing</w:t>
            </w:r>
          </w:p>
        </w:tc>
        <w:tc>
          <w:tcPr>
            <w:tcW w:w="2045" w:type="dxa"/>
            <w:vAlign w:val="center"/>
          </w:tcPr>
          <w:p w14:paraId="232A6253" w14:textId="77777777" w:rsidR="00CE3156" w:rsidRDefault="00000000">
            <w:r>
              <w:rPr>
                <w:sz w:val="18"/>
              </w:rPr>
              <w:t>China</w:t>
            </w:r>
          </w:p>
        </w:tc>
        <w:tc>
          <w:tcPr>
            <w:tcW w:w="2045" w:type="dxa"/>
            <w:vAlign w:val="center"/>
          </w:tcPr>
          <w:p w14:paraId="2C0ACE44" w14:textId="77777777" w:rsidR="00CE3156" w:rsidRDefault="00CE3156"/>
        </w:tc>
      </w:tr>
      <w:tr w:rsidR="00CE3156" w14:paraId="786E5F8A" w14:textId="77777777">
        <w:trPr>
          <w:jc w:val="center"/>
        </w:trPr>
        <w:tc>
          <w:tcPr>
            <w:tcW w:w="2045" w:type="dxa"/>
            <w:vAlign w:val="center"/>
          </w:tcPr>
          <w:p w14:paraId="19722104" w14:textId="77777777" w:rsidR="00CE3156" w:rsidRDefault="00000000">
            <w:r>
              <w:rPr>
                <w:sz w:val="18"/>
              </w:rPr>
              <w:t>11th</w:t>
            </w:r>
          </w:p>
        </w:tc>
        <w:tc>
          <w:tcPr>
            <w:tcW w:w="2045" w:type="dxa"/>
            <w:vAlign w:val="center"/>
          </w:tcPr>
          <w:p w14:paraId="4A6944C2" w14:textId="77777777" w:rsidR="00CE3156" w:rsidRDefault="00000000">
            <w:r>
              <w:rPr>
                <w:sz w:val="18"/>
              </w:rPr>
              <w:t>2002</w:t>
            </w:r>
          </w:p>
        </w:tc>
        <w:tc>
          <w:tcPr>
            <w:tcW w:w="2045" w:type="dxa"/>
            <w:vAlign w:val="center"/>
          </w:tcPr>
          <w:p w14:paraId="437FAA0E" w14:textId="77777777" w:rsidR="00CE3156" w:rsidRDefault="00000000">
            <w:proofErr w:type="spellStart"/>
            <w:r>
              <w:rPr>
                <w:sz w:val="18"/>
              </w:rPr>
              <w:t>Tatranské</w:t>
            </w:r>
            <w:proofErr w:type="spellEnd"/>
            <w:r>
              <w:rPr>
                <w:sz w:val="18"/>
              </w:rPr>
              <w:t xml:space="preserve"> </w:t>
            </w:r>
            <w:proofErr w:type="spellStart"/>
            <w:r>
              <w:rPr>
                <w:sz w:val="18"/>
              </w:rPr>
              <w:t>Matliare</w:t>
            </w:r>
            <w:proofErr w:type="spellEnd"/>
          </w:p>
        </w:tc>
        <w:tc>
          <w:tcPr>
            <w:tcW w:w="2045" w:type="dxa"/>
            <w:vAlign w:val="center"/>
          </w:tcPr>
          <w:p w14:paraId="13ABC44A" w14:textId="77777777" w:rsidR="00CE3156" w:rsidRDefault="00000000">
            <w:r>
              <w:rPr>
                <w:sz w:val="18"/>
              </w:rPr>
              <w:t>Slovakia</w:t>
            </w:r>
          </w:p>
        </w:tc>
        <w:tc>
          <w:tcPr>
            <w:tcW w:w="2045" w:type="dxa"/>
            <w:vAlign w:val="center"/>
          </w:tcPr>
          <w:p w14:paraId="3F95FF42" w14:textId="77777777" w:rsidR="00CE3156" w:rsidRDefault="00CE3156"/>
        </w:tc>
      </w:tr>
      <w:tr w:rsidR="00CE3156" w14:paraId="5019618C" w14:textId="77777777">
        <w:trPr>
          <w:jc w:val="center"/>
        </w:trPr>
        <w:tc>
          <w:tcPr>
            <w:tcW w:w="2045" w:type="dxa"/>
            <w:vAlign w:val="center"/>
          </w:tcPr>
          <w:p w14:paraId="3D5425CC" w14:textId="77777777" w:rsidR="00CE3156" w:rsidRDefault="00000000">
            <w:r>
              <w:rPr>
                <w:sz w:val="18"/>
              </w:rPr>
              <w:t>12th</w:t>
            </w:r>
          </w:p>
        </w:tc>
        <w:tc>
          <w:tcPr>
            <w:tcW w:w="2045" w:type="dxa"/>
            <w:vAlign w:val="center"/>
          </w:tcPr>
          <w:p w14:paraId="603AD5E7" w14:textId="77777777" w:rsidR="00CE3156" w:rsidRDefault="00000000">
            <w:r>
              <w:rPr>
                <w:sz w:val="18"/>
              </w:rPr>
              <w:t>2004</w:t>
            </w:r>
          </w:p>
        </w:tc>
        <w:tc>
          <w:tcPr>
            <w:tcW w:w="2045" w:type="dxa"/>
            <w:vAlign w:val="center"/>
          </w:tcPr>
          <w:p w14:paraId="4C2CF41B" w14:textId="77777777" w:rsidR="00CE3156" w:rsidRDefault="00000000">
            <w:r>
              <w:rPr>
                <w:sz w:val="18"/>
              </w:rPr>
              <w:t>Brno</w:t>
            </w:r>
          </w:p>
        </w:tc>
        <w:tc>
          <w:tcPr>
            <w:tcW w:w="2045" w:type="dxa"/>
            <w:vAlign w:val="center"/>
          </w:tcPr>
          <w:p w14:paraId="739D8CF1" w14:textId="77777777" w:rsidR="00CE3156" w:rsidRDefault="00000000">
            <w:r>
              <w:rPr>
                <w:sz w:val="18"/>
              </w:rPr>
              <w:t>Czech Republic</w:t>
            </w:r>
          </w:p>
        </w:tc>
        <w:tc>
          <w:tcPr>
            <w:tcW w:w="2045" w:type="dxa"/>
            <w:vAlign w:val="center"/>
          </w:tcPr>
          <w:p w14:paraId="7E34F148" w14:textId="77777777" w:rsidR="00CE3156" w:rsidRDefault="00CE3156"/>
        </w:tc>
      </w:tr>
      <w:tr w:rsidR="00CE3156" w14:paraId="685EB296" w14:textId="77777777">
        <w:trPr>
          <w:jc w:val="center"/>
        </w:trPr>
        <w:tc>
          <w:tcPr>
            <w:tcW w:w="2045" w:type="dxa"/>
            <w:vAlign w:val="center"/>
          </w:tcPr>
          <w:p w14:paraId="78C02494" w14:textId="77777777" w:rsidR="00CE3156" w:rsidRDefault="00000000">
            <w:r>
              <w:rPr>
                <w:sz w:val="18"/>
              </w:rPr>
              <w:t>13th</w:t>
            </w:r>
          </w:p>
        </w:tc>
        <w:tc>
          <w:tcPr>
            <w:tcW w:w="2045" w:type="dxa"/>
            <w:vAlign w:val="center"/>
          </w:tcPr>
          <w:p w14:paraId="7E48311B" w14:textId="77777777" w:rsidR="00CE3156" w:rsidRDefault="00000000">
            <w:r>
              <w:rPr>
                <w:sz w:val="18"/>
              </w:rPr>
              <w:t>2006</w:t>
            </w:r>
          </w:p>
        </w:tc>
        <w:tc>
          <w:tcPr>
            <w:tcW w:w="2045" w:type="dxa"/>
            <w:vAlign w:val="center"/>
          </w:tcPr>
          <w:p w14:paraId="3290D604" w14:textId="77777777" w:rsidR="00CE3156" w:rsidRDefault="00000000">
            <w:proofErr w:type="spellStart"/>
            <w:r>
              <w:rPr>
                <w:sz w:val="18"/>
              </w:rPr>
              <w:t>Primorsko</w:t>
            </w:r>
            <w:proofErr w:type="spellEnd"/>
          </w:p>
        </w:tc>
        <w:tc>
          <w:tcPr>
            <w:tcW w:w="2045" w:type="dxa"/>
            <w:vAlign w:val="center"/>
          </w:tcPr>
          <w:p w14:paraId="796F1F02" w14:textId="77777777" w:rsidR="00CE3156" w:rsidRDefault="00000000">
            <w:r>
              <w:rPr>
                <w:sz w:val="18"/>
              </w:rPr>
              <w:t>Bulgaria</w:t>
            </w:r>
          </w:p>
        </w:tc>
        <w:tc>
          <w:tcPr>
            <w:tcW w:w="2045" w:type="dxa"/>
            <w:vAlign w:val="center"/>
          </w:tcPr>
          <w:p w14:paraId="37057B79" w14:textId="77777777" w:rsidR="00CE3156" w:rsidRDefault="00CE3156"/>
        </w:tc>
      </w:tr>
      <w:tr w:rsidR="00CE3156" w14:paraId="14419D50" w14:textId="77777777">
        <w:trPr>
          <w:jc w:val="center"/>
        </w:trPr>
        <w:tc>
          <w:tcPr>
            <w:tcW w:w="2045" w:type="dxa"/>
            <w:vAlign w:val="center"/>
          </w:tcPr>
          <w:p w14:paraId="13F61856" w14:textId="77777777" w:rsidR="00CE3156" w:rsidRDefault="00000000">
            <w:r>
              <w:rPr>
                <w:sz w:val="18"/>
              </w:rPr>
              <w:t>14th</w:t>
            </w:r>
          </w:p>
        </w:tc>
        <w:tc>
          <w:tcPr>
            <w:tcW w:w="2045" w:type="dxa"/>
            <w:vAlign w:val="center"/>
          </w:tcPr>
          <w:p w14:paraId="631047AC" w14:textId="77777777" w:rsidR="00CE3156" w:rsidRDefault="00000000">
            <w:r>
              <w:rPr>
                <w:sz w:val="18"/>
              </w:rPr>
              <w:t>2008</w:t>
            </w:r>
          </w:p>
        </w:tc>
        <w:tc>
          <w:tcPr>
            <w:tcW w:w="2045" w:type="dxa"/>
            <w:vAlign w:val="center"/>
          </w:tcPr>
          <w:p w14:paraId="029A86AD" w14:textId="77777777" w:rsidR="00CE3156" w:rsidRDefault="00000000">
            <w:proofErr w:type="spellStart"/>
            <w:r>
              <w:rPr>
                <w:sz w:val="18"/>
              </w:rPr>
              <w:t>Hwaseong</w:t>
            </w:r>
            <w:proofErr w:type="spellEnd"/>
          </w:p>
        </w:tc>
        <w:tc>
          <w:tcPr>
            <w:tcW w:w="2045" w:type="dxa"/>
            <w:vAlign w:val="center"/>
          </w:tcPr>
          <w:p w14:paraId="7D2D519E" w14:textId="77777777" w:rsidR="00CE3156" w:rsidRDefault="00000000">
            <w:r>
              <w:rPr>
                <w:sz w:val="18"/>
              </w:rPr>
              <w:t>Republic of Korea</w:t>
            </w:r>
          </w:p>
        </w:tc>
        <w:tc>
          <w:tcPr>
            <w:tcW w:w="2045" w:type="dxa"/>
            <w:vAlign w:val="center"/>
          </w:tcPr>
          <w:p w14:paraId="4EA11223" w14:textId="77777777" w:rsidR="00CE3156" w:rsidRDefault="00CE3156"/>
        </w:tc>
      </w:tr>
      <w:tr w:rsidR="00CE3156" w14:paraId="6E68BD4C" w14:textId="77777777">
        <w:trPr>
          <w:jc w:val="center"/>
        </w:trPr>
        <w:tc>
          <w:tcPr>
            <w:tcW w:w="2045" w:type="dxa"/>
            <w:vAlign w:val="center"/>
          </w:tcPr>
          <w:p w14:paraId="343CBC50" w14:textId="77777777" w:rsidR="00CE3156" w:rsidRDefault="00000000">
            <w:r>
              <w:rPr>
                <w:sz w:val="18"/>
              </w:rPr>
              <w:t>15th</w:t>
            </w:r>
          </w:p>
        </w:tc>
        <w:tc>
          <w:tcPr>
            <w:tcW w:w="2045" w:type="dxa"/>
            <w:vAlign w:val="center"/>
          </w:tcPr>
          <w:p w14:paraId="19111006" w14:textId="77777777" w:rsidR="00CE3156" w:rsidRDefault="00000000">
            <w:r>
              <w:rPr>
                <w:sz w:val="18"/>
              </w:rPr>
              <w:t>2010</w:t>
            </w:r>
          </w:p>
        </w:tc>
        <w:tc>
          <w:tcPr>
            <w:tcW w:w="2045" w:type="dxa"/>
            <w:vAlign w:val="center"/>
          </w:tcPr>
          <w:p w14:paraId="3EA06A2E" w14:textId="77777777" w:rsidR="00CE3156" w:rsidRDefault="00000000">
            <w:r>
              <w:rPr>
                <w:sz w:val="18"/>
              </w:rPr>
              <w:t>Dubrovnik</w:t>
            </w:r>
          </w:p>
        </w:tc>
        <w:tc>
          <w:tcPr>
            <w:tcW w:w="2045" w:type="dxa"/>
            <w:vAlign w:val="center"/>
          </w:tcPr>
          <w:p w14:paraId="2B1642CD" w14:textId="77777777" w:rsidR="00CE3156" w:rsidRDefault="00000000">
            <w:r>
              <w:rPr>
                <w:sz w:val="18"/>
              </w:rPr>
              <w:t>Croatia</w:t>
            </w:r>
          </w:p>
        </w:tc>
        <w:tc>
          <w:tcPr>
            <w:tcW w:w="2045" w:type="dxa"/>
            <w:vAlign w:val="center"/>
          </w:tcPr>
          <w:p w14:paraId="100D6F05" w14:textId="77777777" w:rsidR="00CE3156" w:rsidRDefault="00CE3156"/>
        </w:tc>
      </w:tr>
      <w:tr w:rsidR="00CE3156" w14:paraId="39A9F1C6" w14:textId="77777777">
        <w:trPr>
          <w:jc w:val="center"/>
        </w:trPr>
        <w:tc>
          <w:tcPr>
            <w:tcW w:w="2045" w:type="dxa"/>
            <w:vAlign w:val="center"/>
          </w:tcPr>
          <w:p w14:paraId="43330C70" w14:textId="77777777" w:rsidR="00CE3156" w:rsidRDefault="00000000">
            <w:r>
              <w:rPr>
                <w:sz w:val="18"/>
              </w:rPr>
              <w:t>16th</w:t>
            </w:r>
          </w:p>
        </w:tc>
        <w:tc>
          <w:tcPr>
            <w:tcW w:w="2045" w:type="dxa"/>
            <w:vAlign w:val="center"/>
          </w:tcPr>
          <w:p w14:paraId="1870FA09" w14:textId="77777777" w:rsidR="00CE3156" w:rsidRDefault="00000000">
            <w:r>
              <w:rPr>
                <w:sz w:val="18"/>
              </w:rPr>
              <w:t>2012</w:t>
            </w:r>
          </w:p>
        </w:tc>
        <w:tc>
          <w:tcPr>
            <w:tcW w:w="2045" w:type="dxa"/>
            <w:vAlign w:val="center"/>
          </w:tcPr>
          <w:p w14:paraId="4134DA7A" w14:textId="77777777" w:rsidR="00CE3156" w:rsidRDefault="00000000">
            <w:proofErr w:type="spellStart"/>
            <w:r>
              <w:rPr>
                <w:sz w:val="18"/>
              </w:rPr>
              <w:t>Kopaonik</w:t>
            </w:r>
            <w:proofErr w:type="spellEnd"/>
          </w:p>
        </w:tc>
        <w:tc>
          <w:tcPr>
            <w:tcW w:w="2045" w:type="dxa"/>
            <w:vAlign w:val="center"/>
          </w:tcPr>
          <w:p w14:paraId="23AE3E6F" w14:textId="77777777" w:rsidR="00CE3156" w:rsidRDefault="00000000">
            <w:r>
              <w:rPr>
                <w:sz w:val="18"/>
              </w:rPr>
              <w:t>Serbia</w:t>
            </w:r>
          </w:p>
        </w:tc>
        <w:tc>
          <w:tcPr>
            <w:tcW w:w="2045" w:type="dxa"/>
            <w:vAlign w:val="center"/>
          </w:tcPr>
          <w:p w14:paraId="6E9DE011" w14:textId="77777777" w:rsidR="00CE3156" w:rsidRDefault="00CE3156"/>
        </w:tc>
      </w:tr>
      <w:tr w:rsidR="00CE3156" w14:paraId="5E1B3BBE" w14:textId="77777777">
        <w:trPr>
          <w:jc w:val="center"/>
        </w:trPr>
        <w:tc>
          <w:tcPr>
            <w:tcW w:w="2045" w:type="dxa"/>
            <w:vAlign w:val="center"/>
          </w:tcPr>
          <w:p w14:paraId="47AD0DAC" w14:textId="77777777" w:rsidR="00CE3156" w:rsidRDefault="00000000">
            <w:r>
              <w:rPr>
                <w:sz w:val="18"/>
              </w:rPr>
              <w:t>17th</w:t>
            </w:r>
          </w:p>
        </w:tc>
        <w:tc>
          <w:tcPr>
            <w:tcW w:w="2045" w:type="dxa"/>
            <w:vAlign w:val="center"/>
          </w:tcPr>
          <w:p w14:paraId="54F26A08" w14:textId="77777777" w:rsidR="00CE3156" w:rsidRDefault="00000000">
            <w:r>
              <w:rPr>
                <w:sz w:val="18"/>
              </w:rPr>
              <w:t>2014</w:t>
            </w:r>
          </w:p>
        </w:tc>
        <w:tc>
          <w:tcPr>
            <w:tcW w:w="2045" w:type="dxa"/>
            <w:vAlign w:val="center"/>
          </w:tcPr>
          <w:p w14:paraId="72DA99FB" w14:textId="77777777" w:rsidR="00CE3156" w:rsidRDefault="00000000">
            <w:proofErr w:type="spellStart"/>
            <w:r>
              <w:rPr>
                <w:sz w:val="18"/>
              </w:rPr>
              <w:t>Burabay</w:t>
            </w:r>
            <w:proofErr w:type="spellEnd"/>
          </w:p>
        </w:tc>
        <w:tc>
          <w:tcPr>
            <w:tcW w:w="2045" w:type="dxa"/>
            <w:vAlign w:val="center"/>
          </w:tcPr>
          <w:p w14:paraId="475233A9" w14:textId="77777777" w:rsidR="00CE3156" w:rsidRDefault="00000000">
            <w:r>
              <w:rPr>
                <w:sz w:val="18"/>
              </w:rPr>
              <w:t>Kazakhstan</w:t>
            </w:r>
          </w:p>
        </w:tc>
        <w:tc>
          <w:tcPr>
            <w:tcW w:w="2045" w:type="dxa"/>
            <w:vAlign w:val="center"/>
          </w:tcPr>
          <w:p w14:paraId="3794AF70" w14:textId="77777777" w:rsidR="00CE3156" w:rsidRDefault="00CE3156"/>
        </w:tc>
      </w:tr>
      <w:tr w:rsidR="00CE3156" w14:paraId="42DBFEFE" w14:textId="77777777">
        <w:trPr>
          <w:jc w:val="center"/>
        </w:trPr>
        <w:tc>
          <w:tcPr>
            <w:tcW w:w="2045" w:type="dxa"/>
            <w:vAlign w:val="center"/>
          </w:tcPr>
          <w:p w14:paraId="55CFE2FB" w14:textId="77777777" w:rsidR="00CE3156" w:rsidRDefault="00000000">
            <w:r>
              <w:rPr>
                <w:sz w:val="18"/>
              </w:rPr>
              <w:t>18th</w:t>
            </w:r>
          </w:p>
        </w:tc>
        <w:tc>
          <w:tcPr>
            <w:tcW w:w="2045" w:type="dxa"/>
            <w:vAlign w:val="center"/>
          </w:tcPr>
          <w:p w14:paraId="234393CC" w14:textId="77777777" w:rsidR="00CE3156" w:rsidRDefault="00000000">
            <w:r>
              <w:rPr>
                <w:sz w:val="18"/>
              </w:rPr>
              <w:t>2016</w:t>
            </w:r>
          </w:p>
        </w:tc>
        <w:tc>
          <w:tcPr>
            <w:tcW w:w="2045" w:type="dxa"/>
            <w:vAlign w:val="center"/>
          </w:tcPr>
          <w:p w14:paraId="7289C010" w14:textId="77777777" w:rsidR="00CE3156" w:rsidRDefault="00000000">
            <w:r>
              <w:rPr>
                <w:sz w:val="18"/>
              </w:rPr>
              <w:t>Albena</w:t>
            </w:r>
          </w:p>
        </w:tc>
        <w:tc>
          <w:tcPr>
            <w:tcW w:w="2045" w:type="dxa"/>
            <w:vAlign w:val="center"/>
          </w:tcPr>
          <w:p w14:paraId="299A268A" w14:textId="77777777" w:rsidR="00CE3156" w:rsidRDefault="00000000">
            <w:r>
              <w:rPr>
                <w:sz w:val="18"/>
              </w:rPr>
              <w:t>Bulgaria</w:t>
            </w:r>
          </w:p>
        </w:tc>
        <w:tc>
          <w:tcPr>
            <w:tcW w:w="2045" w:type="dxa"/>
            <w:vAlign w:val="center"/>
          </w:tcPr>
          <w:p w14:paraId="19C5585F" w14:textId="77777777" w:rsidR="00CE3156" w:rsidRDefault="00CE3156"/>
        </w:tc>
      </w:tr>
      <w:tr w:rsidR="00CE3156" w14:paraId="0A66F923" w14:textId="77777777">
        <w:trPr>
          <w:jc w:val="center"/>
        </w:trPr>
        <w:tc>
          <w:tcPr>
            <w:tcW w:w="2045" w:type="dxa"/>
            <w:vAlign w:val="center"/>
          </w:tcPr>
          <w:p w14:paraId="0CD21EE2" w14:textId="77777777" w:rsidR="00CE3156" w:rsidRDefault="00000000">
            <w:r>
              <w:rPr>
                <w:sz w:val="18"/>
              </w:rPr>
              <w:t>19th</w:t>
            </w:r>
          </w:p>
        </w:tc>
        <w:tc>
          <w:tcPr>
            <w:tcW w:w="2045" w:type="dxa"/>
            <w:vAlign w:val="center"/>
          </w:tcPr>
          <w:p w14:paraId="73F777F3" w14:textId="77777777" w:rsidR="00CE3156" w:rsidRDefault="00000000">
            <w:r>
              <w:rPr>
                <w:sz w:val="18"/>
              </w:rPr>
              <w:t>2018</w:t>
            </w:r>
          </w:p>
        </w:tc>
        <w:tc>
          <w:tcPr>
            <w:tcW w:w="2045" w:type="dxa"/>
            <w:vAlign w:val="center"/>
          </w:tcPr>
          <w:p w14:paraId="77C199CA" w14:textId="77777777" w:rsidR="00CE3156" w:rsidRDefault="00000000">
            <w:r>
              <w:rPr>
                <w:sz w:val="18"/>
              </w:rPr>
              <w:t>Sokcho</w:t>
            </w:r>
          </w:p>
        </w:tc>
        <w:tc>
          <w:tcPr>
            <w:tcW w:w="2045" w:type="dxa"/>
            <w:vAlign w:val="center"/>
          </w:tcPr>
          <w:p w14:paraId="5935C59B" w14:textId="77777777" w:rsidR="00CE3156" w:rsidRDefault="00000000">
            <w:r>
              <w:rPr>
                <w:sz w:val="18"/>
              </w:rPr>
              <w:t>Republic of Korea</w:t>
            </w:r>
          </w:p>
        </w:tc>
        <w:tc>
          <w:tcPr>
            <w:tcW w:w="2045" w:type="dxa"/>
            <w:vAlign w:val="center"/>
          </w:tcPr>
          <w:p w14:paraId="7EEAA272" w14:textId="77777777" w:rsidR="00CE3156" w:rsidRDefault="00CE3156"/>
        </w:tc>
      </w:tr>
      <w:tr w:rsidR="00CE3156" w14:paraId="57BEA82E" w14:textId="77777777">
        <w:trPr>
          <w:jc w:val="center"/>
        </w:trPr>
        <w:tc>
          <w:tcPr>
            <w:tcW w:w="2045" w:type="dxa"/>
            <w:vAlign w:val="center"/>
          </w:tcPr>
          <w:p w14:paraId="2B7061CC" w14:textId="77777777" w:rsidR="00CE3156" w:rsidRDefault="00000000">
            <w:r>
              <w:rPr>
                <w:sz w:val="18"/>
              </w:rPr>
              <w:t>20th planned</w:t>
            </w:r>
          </w:p>
        </w:tc>
        <w:tc>
          <w:tcPr>
            <w:tcW w:w="2045" w:type="dxa"/>
            <w:vAlign w:val="center"/>
          </w:tcPr>
          <w:p w14:paraId="11649DCA" w14:textId="77777777" w:rsidR="00CE3156" w:rsidRDefault="00000000">
            <w:r>
              <w:rPr>
                <w:sz w:val="18"/>
              </w:rPr>
              <w:t>2020</w:t>
            </w:r>
          </w:p>
        </w:tc>
        <w:tc>
          <w:tcPr>
            <w:tcW w:w="2045" w:type="dxa"/>
            <w:vAlign w:val="center"/>
          </w:tcPr>
          <w:p w14:paraId="5C05F738" w14:textId="77777777" w:rsidR="00CE3156" w:rsidRDefault="00000000">
            <w:r>
              <w:rPr>
                <w:sz w:val="18"/>
              </w:rPr>
              <w:t>Zlatibor</w:t>
            </w:r>
          </w:p>
        </w:tc>
        <w:tc>
          <w:tcPr>
            <w:tcW w:w="2045" w:type="dxa"/>
            <w:vAlign w:val="center"/>
          </w:tcPr>
          <w:p w14:paraId="6BE9F8F5" w14:textId="77777777" w:rsidR="00CE3156" w:rsidRDefault="00000000">
            <w:r>
              <w:rPr>
                <w:sz w:val="18"/>
              </w:rPr>
              <w:t>Serbia</w:t>
            </w:r>
          </w:p>
        </w:tc>
        <w:tc>
          <w:tcPr>
            <w:tcW w:w="2045" w:type="dxa"/>
            <w:vAlign w:val="center"/>
          </w:tcPr>
          <w:p w14:paraId="0A00B223" w14:textId="4255DFE6" w:rsidR="00CE3156" w:rsidRDefault="00000000">
            <w:r>
              <w:rPr>
                <w:sz w:val="18"/>
              </w:rPr>
              <w:t>Cancelled</w:t>
            </w:r>
            <w:r w:rsidR="007E010E">
              <w:rPr>
                <w:sz w:val="18"/>
              </w:rPr>
              <w:t xml:space="preserve"> </w:t>
            </w:r>
            <w:r w:rsidR="007E010E" w:rsidRPr="00C403FE">
              <w:rPr>
                <w:sz w:val="14"/>
                <w:szCs w:val="14"/>
              </w:rPr>
              <w:t>due to Covid</w:t>
            </w:r>
          </w:p>
        </w:tc>
      </w:tr>
      <w:tr w:rsidR="00CE3156" w14:paraId="3AC531BF" w14:textId="77777777">
        <w:trPr>
          <w:jc w:val="center"/>
        </w:trPr>
        <w:tc>
          <w:tcPr>
            <w:tcW w:w="2045" w:type="dxa"/>
            <w:vAlign w:val="center"/>
          </w:tcPr>
          <w:p w14:paraId="4846C0C8" w14:textId="77777777" w:rsidR="00CE3156" w:rsidRDefault="00000000">
            <w:r>
              <w:rPr>
                <w:sz w:val="18"/>
              </w:rPr>
              <w:t>20th</w:t>
            </w:r>
          </w:p>
        </w:tc>
        <w:tc>
          <w:tcPr>
            <w:tcW w:w="2045" w:type="dxa"/>
            <w:vAlign w:val="center"/>
          </w:tcPr>
          <w:p w14:paraId="5D5E8ADA" w14:textId="77777777" w:rsidR="00CE3156" w:rsidRDefault="00000000">
            <w:r>
              <w:rPr>
                <w:sz w:val="18"/>
              </w:rPr>
              <w:t>2022</w:t>
            </w:r>
          </w:p>
        </w:tc>
        <w:tc>
          <w:tcPr>
            <w:tcW w:w="2045" w:type="dxa"/>
            <w:vAlign w:val="center"/>
          </w:tcPr>
          <w:p w14:paraId="0F01B101" w14:textId="77777777" w:rsidR="00CE3156" w:rsidRDefault="00000000">
            <w:r>
              <w:rPr>
                <w:sz w:val="18"/>
              </w:rPr>
              <w:t>Borovets</w:t>
            </w:r>
          </w:p>
        </w:tc>
        <w:tc>
          <w:tcPr>
            <w:tcW w:w="2045" w:type="dxa"/>
            <w:vAlign w:val="center"/>
          </w:tcPr>
          <w:p w14:paraId="4EF024BE" w14:textId="77777777" w:rsidR="00CE3156" w:rsidRDefault="00000000">
            <w:r>
              <w:rPr>
                <w:sz w:val="18"/>
              </w:rPr>
              <w:t>Bulgaria</w:t>
            </w:r>
          </w:p>
        </w:tc>
        <w:tc>
          <w:tcPr>
            <w:tcW w:w="2045" w:type="dxa"/>
            <w:vAlign w:val="center"/>
          </w:tcPr>
          <w:p w14:paraId="6DBE5B65" w14:textId="77777777" w:rsidR="00CE3156" w:rsidRDefault="00CE3156"/>
        </w:tc>
      </w:tr>
      <w:tr w:rsidR="00CE3156" w14:paraId="5BD4BA34" w14:textId="77777777">
        <w:trPr>
          <w:jc w:val="center"/>
        </w:trPr>
        <w:tc>
          <w:tcPr>
            <w:tcW w:w="2045" w:type="dxa"/>
            <w:vAlign w:val="center"/>
          </w:tcPr>
          <w:p w14:paraId="3A123033" w14:textId="77777777" w:rsidR="00CE3156" w:rsidRDefault="00000000">
            <w:r>
              <w:rPr>
                <w:sz w:val="18"/>
              </w:rPr>
              <w:t>21st</w:t>
            </w:r>
          </w:p>
        </w:tc>
        <w:tc>
          <w:tcPr>
            <w:tcW w:w="2045" w:type="dxa"/>
            <w:vAlign w:val="center"/>
          </w:tcPr>
          <w:p w14:paraId="66CFD6C3" w14:textId="77777777" w:rsidR="00CE3156" w:rsidRDefault="00000000">
            <w:r>
              <w:rPr>
                <w:sz w:val="18"/>
              </w:rPr>
              <w:t>2023</w:t>
            </w:r>
          </w:p>
        </w:tc>
        <w:tc>
          <w:tcPr>
            <w:tcW w:w="2045" w:type="dxa"/>
            <w:vAlign w:val="center"/>
          </w:tcPr>
          <w:p w14:paraId="4E6EE68F" w14:textId="77777777" w:rsidR="00CE3156" w:rsidRDefault="00000000">
            <w:r>
              <w:rPr>
                <w:sz w:val="18"/>
              </w:rPr>
              <w:t>Liberec</w:t>
            </w:r>
          </w:p>
        </w:tc>
        <w:tc>
          <w:tcPr>
            <w:tcW w:w="2045" w:type="dxa"/>
            <w:vAlign w:val="center"/>
          </w:tcPr>
          <w:p w14:paraId="0F8FCF1F" w14:textId="77777777" w:rsidR="00CE3156" w:rsidRDefault="00000000">
            <w:r>
              <w:rPr>
                <w:sz w:val="18"/>
              </w:rPr>
              <w:t>Czechia</w:t>
            </w:r>
          </w:p>
        </w:tc>
        <w:tc>
          <w:tcPr>
            <w:tcW w:w="2045" w:type="dxa"/>
            <w:vAlign w:val="center"/>
          </w:tcPr>
          <w:p w14:paraId="1B09A391" w14:textId="77777777" w:rsidR="00CE3156" w:rsidRDefault="00CE3156"/>
        </w:tc>
      </w:tr>
      <w:tr w:rsidR="00CE3156" w14:paraId="53172E59" w14:textId="77777777">
        <w:trPr>
          <w:jc w:val="center"/>
        </w:trPr>
        <w:tc>
          <w:tcPr>
            <w:tcW w:w="2045" w:type="dxa"/>
            <w:vAlign w:val="center"/>
          </w:tcPr>
          <w:p w14:paraId="0AF85681" w14:textId="77777777" w:rsidR="00CE3156" w:rsidRDefault="00000000">
            <w:r>
              <w:rPr>
                <w:sz w:val="18"/>
              </w:rPr>
              <w:t>22nd</w:t>
            </w:r>
          </w:p>
        </w:tc>
        <w:tc>
          <w:tcPr>
            <w:tcW w:w="2045" w:type="dxa"/>
            <w:vAlign w:val="center"/>
          </w:tcPr>
          <w:p w14:paraId="741B3EC5" w14:textId="77777777" w:rsidR="00CE3156" w:rsidRDefault="00000000">
            <w:r>
              <w:rPr>
                <w:sz w:val="18"/>
              </w:rPr>
              <w:t>2025</w:t>
            </w:r>
          </w:p>
        </w:tc>
        <w:tc>
          <w:tcPr>
            <w:tcW w:w="2045" w:type="dxa"/>
            <w:vAlign w:val="center"/>
          </w:tcPr>
          <w:p w14:paraId="5443F657" w14:textId="77777777" w:rsidR="00CE3156" w:rsidRDefault="00000000">
            <w:proofErr w:type="spellStart"/>
            <w:r>
              <w:rPr>
                <w:sz w:val="18"/>
              </w:rPr>
              <w:t>Birštonas</w:t>
            </w:r>
            <w:proofErr w:type="spellEnd"/>
          </w:p>
        </w:tc>
        <w:tc>
          <w:tcPr>
            <w:tcW w:w="2045" w:type="dxa"/>
            <w:vAlign w:val="center"/>
          </w:tcPr>
          <w:p w14:paraId="4E4E3B4D" w14:textId="77777777" w:rsidR="00CE3156" w:rsidRDefault="00000000">
            <w:r>
              <w:rPr>
                <w:sz w:val="18"/>
              </w:rPr>
              <w:t>Lithuania</w:t>
            </w:r>
          </w:p>
        </w:tc>
        <w:tc>
          <w:tcPr>
            <w:tcW w:w="2045" w:type="dxa"/>
            <w:vAlign w:val="center"/>
          </w:tcPr>
          <w:p w14:paraId="2A45CEB1" w14:textId="77777777" w:rsidR="00CE3156" w:rsidRDefault="00CE3156"/>
        </w:tc>
      </w:tr>
      <w:tr w:rsidR="00212D9A" w14:paraId="033AF32C" w14:textId="77777777">
        <w:trPr>
          <w:jc w:val="center"/>
        </w:trPr>
        <w:tc>
          <w:tcPr>
            <w:tcW w:w="2045" w:type="dxa"/>
            <w:vAlign w:val="center"/>
          </w:tcPr>
          <w:p w14:paraId="3CCBCC90" w14:textId="5345A29F" w:rsidR="00212D9A" w:rsidRDefault="00212D9A">
            <w:pPr>
              <w:rPr>
                <w:sz w:val="18"/>
              </w:rPr>
            </w:pPr>
            <w:r>
              <w:rPr>
                <w:sz w:val="18"/>
              </w:rPr>
              <w:t>23rd</w:t>
            </w:r>
          </w:p>
        </w:tc>
        <w:tc>
          <w:tcPr>
            <w:tcW w:w="2045" w:type="dxa"/>
            <w:vAlign w:val="center"/>
          </w:tcPr>
          <w:p w14:paraId="71738B59" w14:textId="089E97C5" w:rsidR="00212D9A" w:rsidRDefault="00212D9A">
            <w:pPr>
              <w:rPr>
                <w:sz w:val="18"/>
              </w:rPr>
            </w:pPr>
            <w:r>
              <w:rPr>
                <w:sz w:val="18"/>
              </w:rPr>
              <w:t>2027</w:t>
            </w:r>
          </w:p>
        </w:tc>
        <w:tc>
          <w:tcPr>
            <w:tcW w:w="2045" w:type="dxa"/>
            <w:vAlign w:val="center"/>
          </w:tcPr>
          <w:p w14:paraId="78B5C9C4" w14:textId="1F0BA3CE" w:rsidR="00212D9A" w:rsidRDefault="00212D9A" w:rsidP="00212D9A">
            <w:pPr>
              <w:rPr>
                <w:sz w:val="18"/>
              </w:rPr>
            </w:pPr>
            <w:r>
              <w:t xml:space="preserve"> </w:t>
            </w:r>
            <w:r w:rsidRPr="00212D9A">
              <w:rPr>
                <w:sz w:val="18"/>
                <w:szCs w:val="18"/>
              </w:rPr>
              <w:t>Mungyeong</w:t>
            </w:r>
          </w:p>
        </w:tc>
        <w:tc>
          <w:tcPr>
            <w:tcW w:w="2045" w:type="dxa"/>
            <w:vAlign w:val="center"/>
          </w:tcPr>
          <w:p w14:paraId="710A6EE5" w14:textId="6B9EAFD4" w:rsidR="00212D9A" w:rsidRDefault="00212D9A">
            <w:pPr>
              <w:rPr>
                <w:sz w:val="18"/>
              </w:rPr>
            </w:pPr>
            <w:r>
              <w:rPr>
                <w:sz w:val="18"/>
              </w:rPr>
              <w:t>Republic of Korea</w:t>
            </w:r>
          </w:p>
        </w:tc>
        <w:tc>
          <w:tcPr>
            <w:tcW w:w="2045" w:type="dxa"/>
            <w:vAlign w:val="center"/>
          </w:tcPr>
          <w:p w14:paraId="384D296C" w14:textId="77777777" w:rsidR="00212D9A" w:rsidRDefault="00212D9A"/>
        </w:tc>
      </w:tr>
      <w:tr w:rsidR="00F34D62" w14:paraId="4266CF31" w14:textId="77777777">
        <w:trPr>
          <w:jc w:val="center"/>
        </w:trPr>
        <w:tc>
          <w:tcPr>
            <w:tcW w:w="2045" w:type="dxa"/>
            <w:vAlign w:val="center"/>
          </w:tcPr>
          <w:p w14:paraId="6AD042ED" w14:textId="5D445D29" w:rsidR="00F34D62" w:rsidRDefault="00F34D62">
            <w:pPr>
              <w:rPr>
                <w:sz w:val="18"/>
              </w:rPr>
            </w:pPr>
            <w:r>
              <w:rPr>
                <w:sz w:val="18"/>
              </w:rPr>
              <w:t>24th</w:t>
            </w:r>
          </w:p>
        </w:tc>
        <w:tc>
          <w:tcPr>
            <w:tcW w:w="2045" w:type="dxa"/>
            <w:vAlign w:val="center"/>
          </w:tcPr>
          <w:p w14:paraId="52A47F33" w14:textId="32D6880B" w:rsidR="00F34D62" w:rsidRDefault="00F34D62">
            <w:pPr>
              <w:rPr>
                <w:sz w:val="18"/>
              </w:rPr>
            </w:pPr>
            <w:r>
              <w:rPr>
                <w:sz w:val="18"/>
              </w:rPr>
              <w:t>2029</w:t>
            </w:r>
          </w:p>
        </w:tc>
        <w:tc>
          <w:tcPr>
            <w:tcW w:w="2045" w:type="dxa"/>
            <w:vAlign w:val="center"/>
          </w:tcPr>
          <w:p w14:paraId="0BB0A02C" w14:textId="753CFB9F" w:rsidR="00F34D62" w:rsidRDefault="00F34D62" w:rsidP="00212D9A">
            <w:proofErr w:type="spellStart"/>
            <w:r>
              <w:t>Bansko</w:t>
            </w:r>
            <w:proofErr w:type="spellEnd"/>
          </w:p>
        </w:tc>
        <w:tc>
          <w:tcPr>
            <w:tcW w:w="2045" w:type="dxa"/>
            <w:vAlign w:val="center"/>
          </w:tcPr>
          <w:p w14:paraId="11FD66E5" w14:textId="40059EAB" w:rsidR="00F34D62" w:rsidRDefault="00F34D62">
            <w:pPr>
              <w:rPr>
                <w:sz w:val="18"/>
              </w:rPr>
            </w:pPr>
            <w:r>
              <w:rPr>
                <w:sz w:val="18"/>
              </w:rPr>
              <w:t>Bulgaria</w:t>
            </w:r>
          </w:p>
        </w:tc>
        <w:tc>
          <w:tcPr>
            <w:tcW w:w="2045" w:type="dxa"/>
            <w:vAlign w:val="center"/>
          </w:tcPr>
          <w:p w14:paraId="4161076E" w14:textId="77777777" w:rsidR="00F34D62" w:rsidRDefault="00F34D62"/>
        </w:tc>
      </w:tr>
    </w:tbl>
    <w:p w14:paraId="3B59E233" w14:textId="35242685" w:rsidR="00CE3156" w:rsidRDefault="00000000">
      <w:r>
        <w:t>.</w:t>
      </w:r>
    </w:p>
    <w:p w14:paraId="02479E84" w14:textId="77777777" w:rsidR="00CE3156" w:rsidRDefault="00000000">
      <w:pPr>
        <w:pStyle w:val="Heading1"/>
      </w:pPr>
      <w:r>
        <w:t>3. IARU Region 1 ARDF Championships</w:t>
      </w:r>
    </w:p>
    <w:p w14:paraId="1098D538" w14:textId="77777777" w:rsidR="00CE3156" w:rsidRDefault="00000000">
      <w:r>
        <w:t>The historical IARU Region 1 championship series is a continuation of the earlier European ARDF Championships. The first eight editions were held from 1961 to 1977. The series was subsequently continued as the IARU Region 1 ARDF Championship, beginning with the 9th edition in 1993.</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CE3156" w14:paraId="5CBF38F6" w14:textId="77777777">
        <w:trPr>
          <w:jc w:val="center"/>
        </w:trPr>
        <w:tc>
          <w:tcPr>
            <w:tcW w:w="2045" w:type="dxa"/>
            <w:shd w:val="clear" w:color="auto" w:fill="D9EAF7"/>
            <w:vAlign w:val="center"/>
          </w:tcPr>
          <w:p w14:paraId="52387FB7" w14:textId="77777777" w:rsidR="00CE3156" w:rsidRDefault="00000000">
            <w:r>
              <w:rPr>
                <w:b/>
                <w:sz w:val="18"/>
              </w:rPr>
              <w:t>Edition</w:t>
            </w:r>
          </w:p>
        </w:tc>
        <w:tc>
          <w:tcPr>
            <w:tcW w:w="2045" w:type="dxa"/>
            <w:shd w:val="clear" w:color="auto" w:fill="D9EAF7"/>
            <w:vAlign w:val="center"/>
          </w:tcPr>
          <w:p w14:paraId="5C886D11" w14:textId="77777777" w:rsidR="00CE3156" w:rsidRDefault="00000000">
            <w:r>
              <w:rPr>
                <w:b/>
                <w:sz w:val="18"/>
              </w:rPr>
              <w:t>Year</w:t>
            </w:r>
          </w:p>
        </w:tc>
        <w:tc>
          <w:tcPr>
            <w:tcW w:w="2045" w:type="dxa"/>
            <w:shd w:val="clear" w:color="auto" w:fill="D9EAF7"/>
            <w:vAlign w:val="center"/>
          </w:tcPr>
          <w:p w14:paraId="78CCF9FE" w14:textId="77777777" w:rsidR="00CE3156" w:rsidRDefault="00000000">
            <w:r>
              <w:rPr>
                <w:b/>
                <w:sz w:val="18"/>
              </w:rPr>
              <w:t>Venue</w:t>
            </w:r>
          </w:p>
        </w:tc>
        <w:tc>
          <w:tcPr>
            <w:tcW w:w="2045" w:type="dxa"/>
            <w:shd w:val="clear" w:color="auto" w:fill="D9EAF7"/>
            <w:vAlign w:val="center"/>
          </w:tcPr>
          <w:p w14:paraId="6A9F76CA" w14:textId="77777777" w:rsidR="00CE3156" w:rsidRDefault="00000000">
            <w:r>
              <w:rPr>
                <w:b/>
                <w:sz w:val="18"/>
              </w:rPr>
              <w:t>Country</w:t>
            </w:r>
          </w:p>
        </w:tc>
        <w:tc>
          <w:tcPr>
            <w:tcW w:w="2045" w:type="dxa"/>
            <w:shd w:val="clear" w:color="auto" w:fill="D9EAF7"/>
            <w:vAlign w:val="center"/>
          </w:tcPr>
          <w:p w14:paraId="029D046B" w14:textId="77777777" w:rsidR="00CE3156" w:rsidRDefault="00000000">
            <w:r>
              <w:rPr>
                <w:b/>
                <w:sz w:val="18"/>
              </w:rPr>
              <w:t>Status / historical designation</w:t>
            </w:r>
          </w:p>
        </w:tc>
      </w:tr>
      <w:tr w:rsidR="00CE3156" w14:paraId="5938A8FB" w14:textId="77777777">
        <w:trPr>
          <w:jc w:val="center"/>
        </w:trPr>
        <w:tc>
          <w:tcPr>
            <w:tcW w:w="2045" w:type="dxa"/>
            <w:vAlign w:val="center"/>
          </w:tcPr>
          <w:p w14:paraId="2EF92923" w14:textId="77777777" w:rsidR="00CE3156" w:rsidRDefault="00000000">
            <w:r>
              <w:rPr>
                <w:sz w:val="18"/>
              </w:rPr>
              <w:t>1st</w:t>
            </w:r>
          </w:p>
        </w:tc>
        <w:tc>
          <w:tcPr>
            <w:tcW w:w="2045" w:type="dxa"/>
            <w:vAlign w:val="center"/>
          </w:tcPr>
          <w:p w14:paraId="27ABE02F" w14:textId="77777777" w:rsidR="00CE3156" w:rsidRDefault="00000000">
            <w:r>
              <w:rPr>
                <w:sz w:val="18"/>
              </w:rPr>
              <w:t>1961</w:t>
            </w:r>
          </w:p>
        </w:tc>
        <w:tc>
          <w:tcPr>
            <w:tcW w:w="2045" w:type="dxa"/>
            <w:vAlign w:val="center"/>
          </w:tcPr>
          <w:p w14:paraId="07C434F5" w14:textId="77777777" w:rsidR="00CE3156" w:rsidRDefault="00000000">
            <w:r>
              <w:rPr>
                <w:sz w:val="18"/>
              </w:rPr>
              <w:t>Stockholm</w:t>
            </w:r>
          </w:p>
        </w:tc>
        <w:tc>
          <w:tcPr>
            <w:tcW w:w="2045" w:type="dxa"/>
            <w:vAlign w:val="center"/>
          </w:tcPr>
          <w:p w14:paraId="0D30523B" w14:textId="77777777" w:rsidR="00CE3156" w:rsidRDefault="00000000">
            <w:r>
              <w:rPr>
                <w:sz w:val="18"/>
              </w:rPr>
              <w:t>Sweden</w:t>
            </w:r>
          </w:p>
        </w:tc>
        <w:tc>
          <w:tcPr>
            <w:tcW w:w="2045" w:type="dxa"/>
            <w:vAlign w:val="center"/>
          </w:tcPr>
          <w:p w14:paraId="11CF4FE4" w14:textId="77777777" w:rsidR="00CE3156" w:rsidRDefault="00000000">
            <w:r>
              <w:rPr>
                <w:sz w:val="18"/>
              </w:rPr>
              <w:t>European Championship</w:t>
            </w:r>
          </w:p>
        </w:tc>
      </w:tr>
      <w:tr w:rsidR="00CE3156" w14:paraId="6ED819DF" w14:textId="77777777">
        <w:trPr>
          <w:jc w:val="center"/>
        </w:trPr>
        <w:tc>
          <w:tcPr>
            <w:tcW w:w="2045" w:type="dxa"/>
            <w:vAlign w:val="center"/>
          </w:tcPr>
          <w:p w14:paraId="6DB78623" w14:textId="77777777" w:rsidR="00CE3156" w:rsidRDefault="00000000">
            <w:r>
              <w:rPr>
                <w:sz w:val="18"/>
              </w:rPr>
              <w:t>2nd</w:t>
            </w:r>
          </w:p>
        </w:tc>
        <w:tc>
          <w:tcPr>
            <w:tcW w:w="2045" w:type="dxa"/>
            <w:vAlign w:val="center"/>
          </w:tcPr>
          <w:p w14:paraId="34A1EE91" w14:textId="77777777" w:rsidR="00CE3156" w:rsidRDefault="00000000">
            <w:r>
              <w:rPr>
                <w:sz w:val="18"/>
              </w:rPr>
              <w:t>1962</w:t>
            </w:r>
          </w:p>
        </w:tc>
        <w:tc>
          <w:tcPr>
            <w:tcW w:w="2045" w:type="dxa"/>
            <w:vAlign w:val="center"/>
          </w:tcPr>
          <w:p w14:paraId="434A0246" w14:textId="77777777" w:rsidR="00CE3156" w:rsidRDefault="00000000">
            <w:proofErr w:type="spellStart"/>
            <w:r>
              <w:rPr>
                <w:sz w:val="18"/>
              </w:rPr>
              <w:t>Ankaran</w:t>
            </w:r>
            <w:proofErr w:type="spellEnd"/>
          </w:p>
        </w:tc>
        <w:tc>
          <w:tcPr>
            <w:tcW w:w="2045" w:type="dxa"/>
            <w:vAlign w:val="center"/>
          </w:tcPr>
          <w:p w14:paraId="094609DB" w14:textId="77777777" w:rsidR="00CE3156" w:rsidRDefault="00000000">
            <w:r>
              <w:rPr>
                <w:sz w:val="18"/>
              </w:rPr>
              <w:t>Yugoslavia</w:t>
            </w:r>
          </w:p>
        </w:tc>
        <w:tc>
          <w:tcPr>
            <w:tcW w:w="2045" w:type="dxa"/>
            <w:vAlign w:val="center"/>
          </w:tcPr>
          <w:p w14:paraId="5EF4C28A" w14:textId="77777777" w:rsidR="00CE3156" w:rsidRDefault="00000000">
            <w:r>
              <w:rPr>
                <w:sz w:val="18"/>
              </w:rPr>
              <w:t>European Championship</w:t>
            </w:r>
          </w:p>
        </w:tc>
      </w:tr>
      <w:tr w:rsidR="00CE3156" w14:paraId="5BAB2267" w14:textId="77777777">
        <w:trPr>
          <w:jc w:val="center"/>
        </w:trPr>
        <w:tc>
          <w:tcPr>
            <w:tcW w:w="2045" w:type="dxa"/>
            <w:vAlign w:val="center"/>
          </w:tcPr>
          <w:p w14:paraId="736575DF" w14:textId="77777777" w:rsidR="00CE3156" w:rsidRDefault="00000000">
            <w:r>
              <w:rPr>
                <w:sz w:val="18"/>
              </w:rPr>
              <w:t>3rd</w:t>
            </w:r>
          </w:p>
        </w:tc>
        <w:tc>
          <w:tcPr>
            <w:tcW w:w="2045" w:type="dxa"/>
            <w:vAlign w:val="center"/>
          </w:tcPr>
          <w:p w14:paraId="1667E194" w14:textId="77777777" w:rsidR="00CE3156" w:rsidRDefault="00000000">
            <w:r>
              <w:rPr>
                <w:sz w:val="18"/>
              </w:rPr>
              <w:t>1963</w:t>
            </w:r>
          </w:p>
        </w:tc>
        <w:tc>
          <w:tcPr>
            <w:tcW w:w="2045" w:type="dxa"/>
            <w:vAlign w:val="center"/>
          </w:tcPr>
          <w:p w14:paraId="2A459E18" w14:textId="77777777" w:rsidR="00CE3156" w:rsidRDefault="00000000">
            <w:r>
              <w:rPr>
                <w:sz w:val="18"/>
              </w:rPr>
              <w:t>Vilnius</w:t>
            </w:r>
          </w:p>
        </w:tc>
        <w:tc>
          <w:tcPr>
            <w:tcW w:w="2045" w:type="dxa"/>
            <w:vAlign w:val="center"/>
          </w:tcPr>
          <w:p w14:paraId="4BCEC274" w14:textId="77777777" w:rsidR="00CE3156" w:rsidRDefault="00000000">
            <w:r>
              <w:rPr>
                <w:sz w:val="18"/>
              </w:rPr>
              <w:t>USSR</w:t>
            </w:r>
          </w:p>
        </w:tc>
        <w:tc>
          <w:tcPr>
            <w:tcW w:w="2045" w:type="dxa"/>
            <w:vAlign w:val="center"/>
          </w:tcPr>
          <w:p w14:paraId="5606BDC5" w14:textId="77777777" w:rsidR="00CE3156" w:rsidRDefault="00000000">
            <w:r>
              <w:rPr>
                <w:sz w:val="18"/>
              </w:rPr>
              <w:t>European Championship</w:t>
            </w:r>
          </w:p>
        </w:tc>
      </w:tr>
      <w:tr w:rsidR="00CE3156" w14:paraId="2983D000" w14:textId="77777777">
        <w:trPr>
          <w:jc w:val="center"/>
        </w:trPr>
        <w:tc>
          <w:tcPr>
            <w:tcW w:w="2045" w:type="dxa"/>
            <w:vAlign w:val="center"/>
          </w:tcPr>
          <w:p w14:paraId="4F53C294" w14:textId="77777777" w:rsidR="00CE3156" w:rsidRDefault="00000000">
            <w:r>
              <w:rPr>
                <w:sz w:val="18"/>
              </w:rPr>
              <w:t>4th</w:t>
            </w:r>
          </w:p>
        </w:tc>
        <w:tc>
          <w:tcPr>
            <w:tcW w:w="2045" w:type="dxa"/>
            <w:vAlign w:val="center"/>
          </w:tcPr>
          <w:p w14:paraId="5B5C7697" w14:textId="77777777" w:rsidR="00CE3156" w:rsidRDefault="00000000">
            <w:r>
              <w:rPr>
                <w:sz w:val="18"/>
              </w:rPr>
              <w:t>1965</w:t>
            </w:r>
          </w:p>
        </w:tc>
        <w:tc>
          <w:tcPr>
            <w:tcW w:w="2045" w:type="dxa"/>
            <w:vAlign w:val="center"/>
          </w:tcPr>
          <w:p w14:paraId="053E5BFF" w14:textId="77777777" w:rsidR="00CE3156" w:rsidRDefault="00000000">
            <w:r>
              <w:rPr>
                <w:sz w:val="18"/>
              </w:rPr>
              <w:t>Warsaw</w:t>
            </w:r>
          </w:p>
        </w:tc>
        <w:tc>
          <w:tcPr>
            <w:tcW w:w="2045" w:type="dxa"/>
            <w:vAlign w:val="center"/>
          </w:tcPr>
          <w:p w14:paraId="445BF0A5" w14:textId="77777777" w:rsidR="00CE3156" w:rsidRDefault="00000000">
            <w:r>
              <w:rPr>
                <w:sz w:val="18"/>
              </w:rPr>
              <w:t>Poland</w:t>
            </w:r>
          </w:p>
        </w:tc>
        <w:tc>
          <w:tcPr>
            <w:tcW w:w="2045" w:type="dxa"/>
            <w:vAlign w:val="center"/>
          </w:tcPr>
          <w:p w14:paraId="162BCDD3" w14:textId="77777777" w:rsidR="00CE3156" w:rsidRDefault="00000000">
            <w:r>
              <w:rPr>
                <w:sz w:val="18"/>
              </w:rPr>
              <w:t>European Championship</w:t>
            </w:r>
          </w:p>
        </w:tc>
      </w:tr>
      <w:tr w:rsidR="00CE3156" w14:paraId="516FC245" w14:textId="77777777">
        <w:trPr>
          <w:jc w:val="center"/>
        </w:trPr>
        <w:tc>
          <w:tcPr>
            <w:tcW w:w="2045" w:type="dxa"/>
            <w:vAlign w:val="center"/>
          </w:tcPr>
          <w:p w14:paraId="40CF5A41" w14:textId="77777777" w:rsidR="00CE3156" w:rsidRDefault="00000000">
            <w:r>
              <w:rPr>
                <w:sz w:val="18"/>
              </w:rPr>
              <w:t>5th</w:t>
            </w:r>
          </w:p>
        </w:tc>
        <w:tc>
          <w:tcPr>
            <w:tcW w:w="2045" w:type="dxa"/>
            <w:vAlign w:val="center"/>
          </w:tcPr>
          <w:p w14:paraId="6DC649AD" w14:textId="77777777" w:rsidR="00CE3156" w:rsidRDefault="00000000">
            <w:r>
              <w:rPr>
                <w:sz w:val="18"/>
              </w:rPr>
              <w:t>1967</w:t>
            </w:r>
          </w:p>
        </w:tc>
        <w:tc>
          <w:tcPr>
            <w:tcW w:w="2045" w:type="dxa"/>
            <w:vAlign w:val="center"/>
          </w:tcPr>
          <w:p w14:paraId="6B05586C" w14:textId="77777777" w:rsidR="00CE3156" w:rsidRDefault="00000000">
            <w:r>
              <w:rPr>
                <w:sz w:val="18"/>
              </w:rPr>
              <w:t>Červená</w:t>
            </w:r>
          </w:p>
        </w:tc>
        <w:tc>
          <w:tcPr>
            <w:tcW w:w="2045" w:type="dxa"/>
            <w:vAlign w:val="center"/>
          </w:tcPr>
          <w:p w14:paraId="471E1AB3" w14:textId="77777777" w:rsidR="00CE3156" w:rsidRDefault="00000000">
            <w:r>
              <w:rPr>
                <w:sz w:val="18"/>
              </w:rPr>
              <w:t>Czechoslovakia</w:t>
            </w:r>
          </w:p>
        </w:tc>
        <w:tc>
          <w:tcPr>
            <w:tcW w:w="2045" w:type="dxa"/>
            <w:vAlign w:val="center"/>
          </w:tcPr>
          <w:p w14:paraId="68F31B6B" w14:textId="77777777" w:rsidR="00CE3156" w:rsidRDefault="00000000">
            <w:r>
              <w:rPr>
                <w:sz w:val="18"/>
              </w:rPr>
              <w:t>European Championship</w:t>
            </w:r>
          </w:p>
        </w:tc>
      </w:tr>
      <w:tr w:rsidR="00CE3156" w14:paraId="7C972527" w14:textId="77777777">
        <w:trPr>
          <w:jc w:val="center"/>
        </w:trPr>
        <w:tc>
          <w:tcPr>
            <w:tcW w:w="2045" w:type="dxa"/>
            <w:vAlign w:val="center"/>
          </w:tcPr>
          <w:p w14:paraId="477CA835" w14:textId="77777777" w:rsidR="00CE3156" w:rsidRDefault="00000000">
            <w:r>
              <w:rPr>
                <w:sz w:val="18"/>
              </w:rPr>
              <w:t>6th</w:t>
            </w:r>
          </w:p>
        </w:tc>
        <w:tc>
          <w:tcPr>
            <w:tcW w:w="2045" w:type="dxa"/>
            <w:vAlign w:val="center"/>
          </w:tcPr>
          <w:p w14:paraId="144DDC9D" w14:textId="77777777" w:rsidR="00CE3156" w:rsidRDefault="00000000">
            <w:r>
              <w:rPr>
                <w:sz w:val="18"/>
              </w:rPr>
              <w:t>1971</w:t>
            </w:r>
          </w:p>
        </w:tc>
        <w:tc>
          <w:tcPr>
            <w:tcW w:w="2045" w:type="dxa"/>
            <w:vAlign w:val="center"/>
          </w:tcPr>
          <w:p w14:paraId="0A1520F8" w14:textId="77777777" w:rsidR="00CE3156" w:rsidRDefault="00000000">
            <w:r>
              <w:rPr>
                <w:sz w:val="18"/>
              </w:rPr>
              <w:t>Duisburg</w:t>
            </w:r>
          </w:p>
        </w:tc>
        <w:tc>
          <w:tcPr>
            <w:tcW w:w="2045" w:type="dxa"/>
            <w:vAlign w:val="center"/>
          </w:tcPr>
          <w:p w14:paraId="679E8AD4" w14:textId="77777777" w:rsidR="00CE3156" w:rsidRDefault="00000000">
            <w:r>
              <w:rPr>
                <w:sz w:val="18"/>
              </w:rPr>
              <w:t>Federal Republic of Germany</w:t>
            </w:r>
          </w:p>
        </w:tc>
        <w:tc>
          <w:tcPr>
            <w:tcW w:w="2045" w:type="dxa"/>
            <w:vAlign w:val="center"/>
          </w:tcPr>
          <w:p w14:paraId="4840E4D2" w14:textId="77777777" w:rsidR="00CE3156" w:rsidRDefault="00000000">
            <w:r>
              <w:rPr>
                <w:sz w:val="18"/>
              </w:rPr>
              <w:t>European Championship</w:t>
            </w:r>
          </w:p>
        </w:tc>
      </w:tr>
      <w:tr w:rsidR="00CE3156" w14:paraId="0748A6D5" w14:textId="77777777">
        <w:trPr>
          <w:jc w:val="center"/>
        </w:trPr>
        <w:tc>
          <w:tcPr>
            <w:tcW w:w="2045" w:type="dxa"/>
            <w:vAlign w:val="center"/>
          </w:tcPr>
          <w:p w14:paraId="4D793357" w14:textId="77777777" w:rsidR="00CE3156" w:rsidRDefault="00000000">
            <w:r>
              <w:rPr>
                <w:sz w:val="18"/>
              </w:rPr>
              <w:t>7th</w:t>
            </w:r>
          </w:p>
        </w:tc>
        <w:tc>
          <w:tcPr>
            <w:tcW w:w="2045" w:type="dxa"/>
            <w:vAlign w:val="center"/>
          </w:tcPr>
          <w:p w14:paraId="3DB37948" w14:textId="77777777" w:rsidR="00CE3156" w:rsidRDefault="00000000">
            <w:r>
              <w:rPr>
                <w:sz w:val="18"/>
              </w:rPr>
              <w:t>1973</w:t>
            </w:r>
          </w:p>
        </w:tc>
        <w:tc>
          <w:tcPr>
            <w:tcW w:w="2045" w:type="dxa"/>
            <w:vAlign w:val="center"/>
          </w:tcPr>
          <w:p w14:paraId="29408F7B" w14:textId="77777777" w:rsidR="00CE3156" w:rsidRDefault="00000000">
            <w:r>
              <w:rPr>
                <w:sz w:val="18"/>
              </w:rPr>
              <w:t>Komló</w:t>
            </w:r>
          </w:p>
        </w:tc>
        <w:tc>
          <w:tcPr>
            <w:tcW w:w="2045" w:type="dxa"/>
            <w:vAlign w:val="center"/>
          </w:tcPr>
          <w:p w14:paraId="2CCD30BC" w14:textId="77777777" w:rsidR="00CE3156" w:rsidRDefault="00000000">
            <w:r>
              <w:rPr>
                <w:sz w:val="18"/>
              </w:rPr>
              <w:t>Hungary</w:t>
            </w:r>
          </w:p>
        </w:tc>
        <w:tc>
          <w:tcPr>
            <w:tcW w:w="2045" w:type="dxa"/>
            <w:vAlign w:val="center"/>
          </w:tcPr>
          <w:p w14:paraId="56D367F9" w14:textId="77777777" w:rsidR="00CE3156" w:rsidRDefault="00000000">
            <w:r>
              <w:rPr>
                <w:sz w:val="18"/>
              </w:rPr>
              <w:t>European Championship</w:t>
            </w:r>
          </w:p>
        </w:tc>
      </w:tr>
      <w:tr w:rsidR="00CE3156" w14:paraId="7CAB00CF" w14:textId="77777777">
        <w:trPr>
          <w:jc w:val="center"/>
        </w:trPr>
        <w:tc>
          <w:tcPr>
            <w:tcW w:w="2045" w:type="dxa"/>
            <w:vAlign w:val="center"/>
          </w:tcPr>
          <w:p w14:paraId="0934F806" w14:textId="77777777" w:rsidR="00CE3156" w:rsidRDefault="00000000">
            <w:r>
              <w:rPr>
                <w:sz w:val="18"/>
              </w:rPr>
              <w:t>8th</w:t>
            </w:r>
          </w:p>
        </w:tc>
        <w:tc>
          <w:tcPr>
            <w:tcW w:w="2045" w:type="dxa"/>
            <w:vAlign w:val="center"/>
          </w:tcPr>
          <w:p w14:paraId="501BABF6" w14:textId="77777777" w:rsidR="00CE3156" w:rsidRDefault="00000000">
            <w:r>
              <w:rPr>
                <w:sz w:val="18"/>
              </w:rPr>
              <w:t>1977</w:t>
            </w:r>
          </w:p>
        </w:tc>
        <w:tc>
          <w:tcPr>
            <w:tcW w:w="2045" w:type="dxa"/>
            <w:vAlign w:val="center"/>
          </w:tcPr>
          <w:p w14:paraId="50A0D588" w14:textId="77777777" w:rsidR="00CE3156" w:rsidRDefault="00000000">
            <w:r>
              <w:rPr>
                <w:sz w:val="18"/>
              </w:rPr>
              <w:t>Skopje</w:t>
            </w:r>
          </w:p>
        </w:tc>
        <w:tc>
          <w:tcPr>
            <w:tcW w:w="2045" w:type="dxa"/>
            <w:vAlign w:val="center"/>
          </w:tcPr>
          <w:p w14:paraId="452CA217" w14:textId="77777777" w:rsidR="00CE3156" w:rsidRDefault="00000000">
            <w:r>
              <w:rPr>
                <w:sz w:val="18"/>
              </w:rPr>
              <w:t>Yugoslavia</w:t>
            </w:r>
          </w:p>
        </w:tc>
        <w:tc>
          <w:tcPr>
            <w:tcW w:w="2045" w:type="dxa"/>
            <w:vAlign w:val="center"/>
          </w:tcPr>
          <w:p w14:paraId="5C532478" w14:textId="77777777" w:rsidR="00CE3156" w:rsidRDefault="00000000">
            <w:r>
              <w:rPr>
                <w:sz w:val="18"/>
              </w:rPr>
              <w:t>European Championship</w:t>
            </w:r>
          </w:p>
        </w:tc>
      </w:tr>
      <w:tr w:rsidR="00CE3156" w14:paraId="7F67C2E2" w14:textId="77777777">
        <w:trPr>
          <w:jc w:val="center"/>
        </w:trPr>
        <w:tc>
          <w:tcPr>
            <w:tcW w:w="2045" w:type="dxa"/>
            <w:vAlign w:val="center"/>
          </w:tcPr>
          <w:p w14:paraId="474AF0A5" w14:textId="77777777" w:rsidR="00CE3156" w:rsidRDefault="00000000">
            <w:r>
              <w:rPr>
                <w:sz w:val="18"/>
              </w:rPr>
              <w:t>9th</w:t>
            </w:r>
          </w:p>
        </w:tc>
        <w:tc>
          <w:tcPr>
            <w:tcW w:w="2045" w:type="dxa"/>
            <w:vAlign w:val="center"/>
          </w:tcPr>
          <w:p w14:paraId="20FED611" w14:textId="77777777" w:rsidR="00CE3156" w:rsidRDefault="00000000">
            <w:r>
              <w:rPr>
                <w:sz w:val="18"/>
              </w:rPr>
              <w:t>1993</w:t>
            </w:r>
          </w:p>
        </w:tc>
        <w:tc>
          <w:tcPr>
            <w:tcW w:w="2045" w:type="dxa"/>
            <w:vAlign w:val="center"/>
          </w:tcPr>
          <w:p w14:paraId="6B6701C5" w14:textId="77777777" w:rsidR="00CE3156" w:rsidRDefault="00000000">
            <w:proofErr w:type="spellStart"/>
            <w:r>
              <w:rPr>
                <w:sz w:val="18"/>
              </w:rPr>
              <w:t>Milovy</w:t>
            </w:r>
            <w:proofErr w:type="spellEnd"/>
          </w:p>
        </w:tc>
        <w:tc>
          <w:tcPr>
            <w:tcW w:w="2045" w:type="dxa"/>
            <w:vAlign w:val="center"/>
          </w:tcPr>
          <w:p w14:paraId="69BBDA3A" w14:textId="77777777" w:rsidR="00CE3156" w:rsidRDefault="00000000">
            <w:r>
              <w:rPr>
                <w:sz w:val="18"/>
              </w:rPr>
              <w:t>Czech Republic</w:t>
            </w:r>
          </w:p>
        </w:tc>
        <w:tc>
          <w:tcPr>
            <w:tcW w:w="2045" w:type="dxa"/>
            <w:vAlign w:val="center"/>
          </w:tcPr>
          <w:p w14:paraId="66AFC00E" w14:textId="77777777" w:rsidR="00CE3156" w:rsidRDefault="00000000">
            <w:r>
              <w:rPr>
                <w:sz w:val="18"/>
              </w:rPr>
              <w:t>IARU R1 Championship</w:t>
            </w:r>
          </w:p>
        </w:tc>
      </w:tr>
      <w:tr w:rsidR="00CE3156" w14:paraId="1E59C9A9" w14:textId="77777777">
        <w:trPr>
          <w:jc w:val="center"/>
        </w:trPr>
        <w:tc>
          <w:tcPr>
            <w:tcW w:w="2045" w:type="dxa"/>
            <w:vAlign w:val="center"/>
          </w:tcPr>
          <w:p w14:paraId="4AAC4439" w14:textId="77777777" w:rsidR="00CE3156" w:rsidRDefault="00000000">
            <w:r>
              <w:rPr>
                <w:sz w:val="18"/>
              </w:rPr>
              <w:t>10th</w:t>
            </w:r>
          </w:p>
        </w:tc>
        <w:tc>
          <w:tcPr>
            <w:tcW w:w="2045" w:type="dxa"/>
            <w:vAlign w:val="center"/>
          </w:tcPr>
          <w:p w14:paraId="4DC21CBE" w14:textId="77777777" w:rsidR="00CE3156" w:rsidRDefault="00000000">
            <w:r>
              <w:rPr>
                <w:sz w:val="18"/>
              </w:rPr>
              <w:t>1995</w:t>
            </w:r>
          </w:p>
        </w:tc>
        <w:tc>
          <w:tcPr>
            <w:tcW w:w="2045" w:type="dxa"/>
            <w:vAlign w:val="center"/>
          </w:tcPr>
          <w:p w14:paraId="2AD57D4A" w14:textId="77777777" w:rsidR="00CE3156" w:rsidRDefault="00000000">
            <w:proofErr w:type="spellStart"/>
            <w:r>
              <w:rPr>
                <w:sz w:val="18"/>
              </w:rPr>
              <w:t>Chtelnica</w:t>
            </w:r>
            <w:proofErr w:type="spellEnd"/>
          </w:p>
        </w:tc>
        <w:tc>
          <w:tcPr>
            <w:tcW w:w="2045" w:type="dxa"/>
            <w:vAlign w:val="center"/>
          </w:tcPr>
          <w:p w14:paraId="5B3458AC" w14:textId="77777777" w:rsidR="00CE3156" w:rsidRDefault="00000000">
            <w:r>
              <w:rPr>
                <w:sz w:val="18"/>
              </w:rPr>
              <w:t>Slovakia</w:t>
            </w:r>
          </w:p>
        </w:tc>
        <w:tc>
          <w:tcPr>
            <w:tcW w:w="2045" w:type="dxa"/>
            <w:vAlign w:val="center"/>
          </w:tcPr>
          <w:p w14:paraId="023AA1B2" w14:textId="77777777" w:rsidR="00CE3156" w:rsidRDefault="00000000">
            <w:r>
              <w:rPr>
                <w:sz w:val="18"/>
              </w:rPr>
              <w:t>IARU R1 Championship</w:t>
            </w:r>
          </w:p>
        </w:tc>
      </w:tr>
      <w:tr w:rsidR="00CE3156" w14:paraId="2BC9FEE3" w14:textId="77777777">
        <w:trPr>
          <w:jc w:val="center"/>
        </w:trPr>
        <w:tc>
          <w:tcPr>
            <w:tcW w:w="2045" w:type="dxa"/>
            <w:vAlign w:val="center"/>
          </w:tcPr>
          <w:p w14:paraId="759A2160" w14:textId="77777777" w:rsidR="00CE3156" w:rsidRDefault="00000000">
            <w:r>
              <w:rPr>
                <w:sz w:val="18"/>
              </w:rPr>
              <w:t>11th</w:t>
            </w:r>
          </w:p>
        </w:tc>
        <w:tc>
          <w:tcPr>
            <w:tcW w:w="2045" w:type="dxa"/>
            <w:vAlign w:val="center"/>
          </w:tcPr>
          <w:p w14:paraId="34FF4D92" w14:textId="77777777" w:rsidR="00CE3156" w:rsidRDefault="00000000">
            <w:r>
              <w:rPr>
                <w:sz w:val="18"/>
              </w:rPr>
              <w:t>1996</w:t>
            </w:r>
          </w:p>
        </w:tc>
        <w:tc>
          <w:tcPr>
            <w:tcW w:w="2045" w:type="dxa"/>
            <w:vAlign w:val="center"/>
          </w:tcPr>
          <w:p w14:paraId="414FB0E2" w14:textId="77777777" w:rsidR="00CE3156" w:rsidRDefault="00000000">
            <w:r>
              <w:rPr>
                <w:sz w:val="18"/>
              </w:rPr>
              <w:t>Borovec</w:t>
            </w:r>
          </w:p>
        </w:tc>
        <w:tc>
          <w:tcPr>
            <w:tcW w:w="2045" w:type="dxa"/>
            <w:vAlign w:val="center"/>
          </w:tcPr>
          <w:p w14:paraId="29419596" w14:textId="77777777" w:rsidR="00CE3156" w:rsidRDefault="00000000">
            <w:r>
              <w:rPr>
                <w:sz w:val="18"/>
              </w:rPr>
              <w:t>Bulgaria</w:t>
            </w:r>
          </w:p>
        </w:tc>
        <w:tc>
          <w:tcPr>
            <w:tcW w:w="2045" w:type="dxa"/>
            <w:vAlign w:val="center"/>
          </w:tcPr>
          <w:p w14:paraId="541459E8" w14:textId="77777777" w:rsidR="00CE3156" w:rsidRDefault="00000000">
            <w:r>
              <w:rPr>
                <w:sz w:val="18"/>
              </w:rPr>
              <w:t>IARU R1 Championship</w:t>
            </w:r>
          </w:p>
        </w:tc>
      </w:tr>
      <w:tr w:rsidR="00CE3156" w14:paraId="7BC8D8D1" w14:textId="77777777">
        <w:trPr>
          <w:jc w:val="center"/>
        </w:trPr>
        <w:tc>
          <w:tcPr>
            <w:tcW w:w="2045" w:type="dxa"/>
            <w:vAlign w:val="center"/>
          </w:tcPr>
          <w:p w14:paraId="7F4409A0" w14:textId="77777777" w:rsidR="00CE3156" w:rsidRDefault="00000000">
            <w:r>
              <w:rPr>
                <w:sz w:val="18"/>
              </w:rPr>
              <w:t>12th</w:t>
            </w:r>
          </w:p>
        </w:tc>
        <w:tc>
          <w:tcPr>
            <w:tcW w:w="2045" w:type="dxa"/>
            <w:vAlign w:val="center"/>
          </w:tcPr>
          <w:p w14:paraId="7032440C" w14:textId="77777777" w:rsidR="00CE3156" w:rsidRDefault="00000000">
            <w:r>
              <w:rPr>
                <w:sz w:val="18"/>
              </w:rPr>
              <w:t>1999</w:t>
            </w:r>
          </w:p>
        </w:tc>
        <w:tc>
          <w:tcPr>
            <w:tcW w:w="2045" w:type="dxa"/>
            <w:vAlign w:val="center"/>
          </w:tcPr>
          <w:p w14:paraId="53696330" w14:textId="77777777" w:rsidR="00CE3156" w:rsidRDefault="00000000">
            <w:proofErr w:type="spellStart"/>
            <w:r>
              <w:rPr>
                <w:sz w:val="18"/>
              </w:rPr>
              <w:t>Varaždinske</w:t>
            </w:r>
            <w:proofErr w:type="spellEnd"/>
            <w:r>
              <w:rPr>
                <w:sz w:val="18"/>
              </w:rPr>
              <w:t xml:space="preserve"> </w:t>
            </w:r>
            <w:proofErr w:type="spellStart"/>
            <w:r>
              <w:rPr>
                <w:sz w:val="18"/>
              </w:rPr>
              <w:t>Toplice</w:t>
            </w:r>
            <w:proofErr w:type="spellEnd"/>
          </w:p>
        </w:tc>
        <w:tc>
          <w:tcPr>
            <w:tcW w:w="2045" w:type="dxa"/>
            <w:vAlign w:val="center"/>
          </w:tcPr>
          <w:p w14:paraId="0D0F18C2" w14:textId="77777777" w:rsidR="00CE3156" w:rsidRDefault="00000000">
            <w:r>
              <w:rPr>
                <w:sz w:val="18"/>
              </w:rPr>
              <w:t>Croatia</w:t>
            </w:r>
          </w:p>
        </w:tc>
        <w:tc>
          <w:tcPr>
            <w:tcW w:w="2045" w:type="dxa"/>
            <w:vAlign w:val="center"/>
          </w:tcPr>
          <w:p w14:paraId="173588AB" w14:textId="77777777" w:rsidR="00CE3156" w:rsidRDefault="00000000">
            <w:r>
              <w:rPr>
                <w:sz w:val="18"/>
              </w:rPr>
              <w:t>IARU R1 Championship</w:t>
            </w:r>
          </w:p>
        </w:tc>
      </w:tr>
      <w:tr w:rsidR="00CE3156" w14:paraId="3EF3666D" w14:textId="77777777">
        <w:trPr>
          <w:jc w:val="center"/>
        </w:trPr>
        <w:tc>
          <w:tcPr>
            <w:tcW w:w="2045" w:type="dxa"/>
            <w:vAlign w:val="center"/>
          </w:tcPr>
          <w:p w14:paraId="6332BBD1" w14:textId="77777777" w:rsidR="00CE3156" w:rsidRDefault="00000000">
            <w:r>
              <w:rPr>
                <w:sz w:val="18"/>
              </w:rPr>
              <w:t>13th</w:t>
            </w:r>
          </w:p>
        </w:tc>
        <w:tc>
          <w:tcPr>
            <w:tcW w:w="2045" w:type="dxa"/>
            <w:vAlign w:val="center"/>
          </w:tcPr>
          <w:p w14:paraId="2C5C1E5D" w14:textId="77777777" w:rsidR="00CE3156" w:rsidRDefault="00000000">
            <w:r>
              <w:rPr>
                <w:sz w:val="18"/>
              </w:rPr>
              <w:t>2001</w:t>
            </w:r>
          </w:p>
        </w:tc>
        <w:tc>
          <w:tcPr>
            <w:tcW w:w="2045" w:type="dxa"/>
            <w:vAlign w:val="center"/>
          </w:tcPr>
          <w:p w14:paraId="65059CAA" w14:textId="77777777" w:rsidR="00CE3156" w:rsidRDefault="00000000">
            <w:r>
              <w:rPr>
                <w:sz w:val="18"/>
              </w:rPr>
              <w:t xml:space="preserve">La </w:t>
            </w:r>
            <w:proofErr w:type="spellStart"/>
            <w:r>
              <w:rPr>
                <w:sz w:val="18"/>
              </w:rPr>
              <w:t>Salvetat</w:t>
            </w:r>
            <w:proofErr w:type="spellEnd"/>
            <w:r>
              <w:rPr>
                <w:sz w:val="18"/>
              </w:rPr>
              <w:t>-sur-</w:t>
            </w:r>
            <w:proofErr w:type="spellStart"/>
            <w:r>
              <w:rPr>
                <w:sz w:val="18"/>
              </w:rPr>
              <w:t>Agout</w:t>
            </w:r>
            <w:proofErr w:type="spellEnd"/>
          </w:p>
        </w:tc>
        <w:tc>
          <w:tcPr>
            <w:tcW w:w="2045" w:type="dxa"/>
            <w:vAlign w:val="center"/>
          </w:tcPr>
          <w:p w14:paraId="23581F85" w14:textId="77777777" w:rsidR="00CE3156" w:rsidRDefault="00000000">
            <w:r>
              <w:rPr>
                <w:sz w:val="18"/>
              </w:rPr>
              <w:t>France</w:t>
            </w:r>
          </w:p>
        </w:tc>
        <w:tc>
          <w:tcPr>
            <w:tcW w:w="2045" w:type="dxa"/>
            <w:vAlign w:val="center"/>
          </w:tcPr>
          <w:p w14:paraId="06BDEB2A" w14:textId="77777777" w:rsidR="00CE3156" w:rsidRDefault="00000000">
            <w:r>
              <w:rPr>
                <w:sz w:val="18"/>
              </w:rPr>
              <w:t>IARU R1 Championship</w:t>
            </w:r>
          </w:p>
        </w:tc>
      </w:tr>
      <w:tr w:rsidR="00CE3156" w14:paraId="594579D1" w14:textId="77777777">
        <w:trPr>
          <w:jc w:val="center"/>
        </w:trPr>
        <w:tc>
          <w:tcPr>
            <w:tcW w:w="2045" w:type="dxa"/>
            <w:vAlign w:val="center"/>
          </w:tcPr>
          <w:p w14:paraId="1AAD37F8" w14:textId="77777777" w:rsidR="00CE3156" w:rsidRDefault="00000000">
            <w:r>
              <w:rPr>
                <w:sz w:val="18"/>
              </w:rPr>
              <w:t>14th</w:t>
            </w:r>
          </w:p>
        </w:tc>
        <w:tc>
          <w:tcPr>
            <w:tcW w:w="2045" w:type="dxa"/>
            <w:vAlign w:val="center"/>
          </w:tcPr>
          <w:p w14:paraId="0248ECCE" w14:textId="77777777" w:rsidR="00CE3156" w:rsidRDefault="00000000">
            <w:r>
              <w:rPr>
                <w:sz w:val="18"/>
              </w:rPr>
              <w:t>2003</w:t>
            </w:r>
          </w:p>
        </w:tc>
        <w:tc>
          <w:tcPr>
            <w:tcW w:w="2045" w:type="dxa"/>
            <w:vAlign w:val="center"/>
          </w:tcPr>
          <w:p w14:paraId="42B147CB" w14:textId="77777777" w:rsidR="00CE3156" w:rsidRDefault="00000000">
            <w:proofErr w:type="spellStart"/>
            <w:r>
              <w:rPr>
                <w:sz w:val="18"/>
              </w:rPr>
              <w:t>Cetniewo</w:t>
            </w:r>
            <w:proofErr w:type="spellEnd"/>
          </w:p>
        </w:tc>
        <w:tc>
          <w:tcPr>
            <w:tcW w:w="2045" w:type="dxa"/>
            <w:vAlign w:val="center"/>
          </w:tcPr>
          <w:p w14:paraId="261C0FFD" w14:textId="77777777" w:rsidR="00CE3156" w:rsidRDefault="00000000">
            <w:r>
              <w:rPr>
                <w:sz w:val="18"/>
              </w:rPr>
              <w:t>Poland</w:t>
            </w:r>
          </w:p>
        </w:tc>
        <w:tc>
          <w:tcPr>
            <w:tcW w:w="2045" w:type="dxa"/>
            <w:vAlign w:val="center"/>
          </w:tcPr>
          <w:p w14:paraId="1D9E3434" w14:textId="77777777" w:rsidR="00CE3156" w:rsidRDefault="00000000">
            <w:r>
              <w:rPr>
                <w:sz w:val="18"/>
              </w:rPr>
              <w:t>IARU R1 Championship</w:t>
            </w:r>
          </w:p>
        </w:tc>
      </w:tr>
      <w:tr w:rsidR="00CE3156" w14:paraId="42BAF3C5" w14:textId="77777777">
        <w:trPr>
          <w:jc w:val="center"/>
        </w:trPr>
        <w:tc>
          <w:tcPr>
            <w:tcW w:w="2045" w:type="dxa"/>
            <w:vAlign w:val="center"/>
          </w:tcPr>
          <w:p w14:paraId="595F3957" w14:textId="77777777" w:rsidR="00CE3156" w:rsidRDefault="00000000">
            <w:r>
              <w:rPr>
                <w:sz w:val="18"/>
              </w:rPr>
              <w:t>15th</w:t>
            </w:r>
          </w:p>
        </w:tc>
        <w:tc>
          <w:tcPr>
            <w:tcW w:w="2045" w:type="dxa"/>
            <w:vAlign w:val="center"/>
          </w:tcPr>
          <w:p w14:paraId="3527A675" w14:textId="77777777" w:rsidR="00CE3156" w:rsidRDefault="00000000">
            <w:r>
              <w:rPr>
                <w:sz w:val="18"/>
              </w:rPr>
              <w:t>2005</w:t>
            </w:r>
          </w:p>
        </w:tc>
        <w:tc>
          <w:tcPr>
            <w:tcW w:w="2045" w:type="dxa"/>
            <w:vAlign w:val="center"/>
          </w:tcPr>
          <w:p w14:paraId="4D29A6E7" w14:textId="77777777" w:rsidR="00CE3156" w:rsidRDefault="00000000">
            <w:r>
              <w:rPr>
                <w:sz w:val="18"/>
              </w:rPr>
              <w:t>Zlatibor</w:t>
            </w:r>
          </w:p>
        </w:tc>
        <w:tc>
          <w:tcPr>
            <w:tcW w:w="2045" w:type="dxa"/>
            <w:vAlign w:val="center"/>
          </w:tcPr>
          <w:p w14:paraId="51F4C1EF" w14:textId="77777777" w:rsidR="00CE3156" w:rsidRDefault="00000000">
            <w:r>
              <w:rPr>
                <w:sz w:val="18"/>
              </w:rPr>
              <w:t>Serbia and Montenegro</w:t>
            </w:r>
          </w:p>
        </w:tc>
        <w:tc>
          <w:tcPr>
            <w:tcW w:w="2045" w:type="dxa"/>
            <w:vAlign w:val="center"/>
          </w:tcPr>
          <w:p w14:paraId="35C0DBBF" w14:textId="77777777" w:rsidR="00CE3156" w:rsidRDefault="00000000">
            <w:r>
              <w:rPr>
                <w:sz w:val="18"/>
              </w:rPr>
              <w:t>IARU R1 Championship</w:t>
            </w:r>
          </w:p>
        </w:tc>
      </w:tr>
      <w:tr w:rsidR="00CE3156" w14:paraId="520D75A2" w14:textId="77777777">
        <w:trPr>
          <w:jc w:val="center"/>
        </w:trPr>
        <w:tc>
          <w:tcPr>
            <w:tcW w:w="2045" w:type="dxa"/>
            <w:vAlign w:val="center"/>
          </w:tcPr>
          <w:p w14:paraId="1926AE0D" w14:textId="77777777" w:rsidR="00CE3156" w:rsidRDefault="00000000">
            <w:r>
              <w:rPr>
                <w:sz w:val="18"/>
              </w:rPr>
              <w:t>16th</w:t>
            </w:r>
          </w:p>
        </w:tc>
        <w:tc>
          <w:tcPr>
            <w:tcW w:w="2045" w:type="dxa"/>
            <w:vAlign w:val="center"/>
          </w:tcPr>
          <w:p w14:paraId="7BEFE842" w14:textId="77777777" w:rsidR="00CE3156" w:rsidRDefault="00000000">
            <w:r>
              <w:rPr>
                <w:sz w:val="18"/>
              </w:rPr>
              <w:t>2007</w:t>
            </w:r>
          </w:p>
        </w:tc>
        <w:tc>
          <w:tcPr>
            <w:tcW w:w="2045" w:type="dxa"/>
            <w:vAlign w:val="center"/>
          </w:tcPr>
          <w:p w14:paraId="3DAE2D61" w14:textId="77777777" w:rsidR="00CE3156" w:rsidRDefault="00000000">
            <w:r>
              <w:rPr>
                <w:sz w:val="18"/>
              </w:rPr>
              <w:t>Bydgoszcz</w:t>
            </w:r>
          </w:p>
        </w:tc>
        <w:tc>
          <w:tcPr>
            <w:tcW w:w="2045" w:type="dxa"/>
            <w:vAlign w:val="center"/>
          </w:tcPr>
          <w:p w14:paraId="5E0FB063" w14:textId="77777777" w:rsidR="00CE3156" w:rsidRDefault="00000000">
            <w:r>
              <w:rPr>
                <w:sz w:val="18"/>
              </w:rPr>
              <w:t>Poland</w:t>
            </w:r>
          </w:p>
        </w:tc>
        <w:tc>
          <w:tcPr>
            <w:tcW w:w="2045" w:type="dxa"/>
            <w:vAlign w:val="center"/>
          </w:tcPr>
          <w:p w14:paraId="1AEEB11D" w14:textId="77777777" w:rsidR="00CE3156" w:rsidRDefault="00000000">
            <w:r>
              <w:rPr>
                <w:sz w:val="18"/>
              </w:rPr>
              <w:t>IARU R1 Championship</w:t>
            </w:r>
          </w:p>
        </w:tc>
      </w:tr>
      <w:tr w:rsidR="00CE3156" w14:paraId="52F8E48A" w14:textId="77777777">
        <w:trPr>
          <w:jc w:val="center"/>
        </w:trPr>
        <w:tc>
          <w:tcPr>
            <w:tcW w:w="2045" w:type="dxa"/>
            <w:vAlign w:val="center"/>
          </w:tcPr>
          <w:p w14:paraId="6966A85B" w14:textId="77777777" w:rsidR="00CE3156" w:rsidRDefault="00000000">
            <w:r>
              <w:rPr>
                <w:sz w:val="18"/>
              </w:rPr>
              <w:t>17th</w:t>
            </w:r>
          </w:p>
        </w:tc>
        <w:tc>
          <w:tcPr>
            <w:tcW w:w="2045" w:type="dxa"/>
            <w:vAlign w:val="center"/>
          </w:tcPr>
          <w:p w14:paraId="2255A977" w14:textId="77777777" w:rsidR="00CE3156" w:rsidRDefault="00000000">
            <w:r>
              <w:rPr>
                <w:sz w:val="18"/>
              </w:rPr>
              <w:t>2009</w:t>
            </w:r>
          </w:p>
        </w:tc>
        <w:tc>
          <w:tcPr>
            <w:tcW w:w="2045" w:type="dxa"/>
            <w:vAlign w:val="center"/>
          </w:tcPr>
          <w:p w14:paraId="4B52FE1D" w14:textId="77777777" w:rsidR="00CE3156" w:rsidRDefault="00000000">
            <w:proofErr w:type="spellStart"/>
            <w:r>
              <w:rPr>
                <w:sz w:val="18"/>
              </w:rPr>
              <w:t>Obzor</w:t>
            </w:r>
            <w:proofErr w:type="spellEnd"/>
          </w:p>
        </w:tc>
        <w:tc>
          <w:tcPr>
            <w:tcW w:w="2045" w:type="dxa"/>
            <w:vAlign w:val="center"/>
          </w:tcPr>
          <w:p w14:paraId="49EB8E1A" w14:textId="77777777" w:rsidR="00CE3156" w:rsidRDefault="00000000">
            <w:r>
              <w:rPr>
                <w:sz w:val="18"/>
              </w:rPr>
              <w:t>Bulgaria</w:t>
            </w:r>
          </w:p>
        </w:tc>
        <w:tc>
          <w:tcPr>
            <w:tcW w:w="2045" w:type="dxa"/>
            <w:vAlign w:val="center"/>
          </w:tcPr>
          <w:p w14:paraId="6CB7670A" w14:textId="77777777" w:rsidR="00CE3156" w:rsidRDefault="00000000">
            <w:r>
              <w:rPr>
                <w:sz w:val="18"/>
              </w:rPr>
              <w:t>IARU R1 Championship</w:t>
            </w:r>
          </w:p>
        </w:tc>
      </w:tr>
      <w:tr w:rsidR="00CE3156" w14:paraId="61FB76F7" w14:textId="77777777">
        <w:trPr>
          <w:jc w:val="center"/>
        </w:trPr>
        <w:tc>
          <w:tcPr>
            <w:tcW w:w="2045" w:type="dxa"/>
            <w:vAlign w:val="center"/>
          </w:tcPr>
          <w:p w14:paraId="3164705B" w14:textId="77777777" w:rsidR="00CE3156" w:rsidRDefault="00000000">
            <w:r>
              <w:rPr>
                <w:sz w:val="18"/>
              </w:rPr>
              <w:t>18th</w:t>
            </w:r>
          </w:p>
        </w:tc>
        <w:tc>
          <w:tcPr>
            <w:tcW w:w="2045" w:type="dxa"/>
            <w:vAlign w:val="center"/>
          </w:tcPr>
          <w:p w14:paraId="75370DF3" w14:textId="77777777" w:rsidR="00CE3156" w:rsidRDefault="00000000">
            <w:r>
              <w:rPr>
                <w:sz w:val="18"/>
              </w:rPr>
              <w:t>2011</w:t>
            </w:r>
          </w:p>
        </w:tc>
        <w:tc>
          <w:tcPr>
            <w:tcW w:w="2045" w:type="dxa"/>
            <w:vAlign w:val="center"/>
          </w:tcPr>
          <w:p w14:paraId="5C1F1AA3" w14:textId="77777777" w:rsidR="00CE3156" w:rsidRDefault="00000000">
            <w:proofErr w:type="spellStart"/>
            <w:r>
              <w:rPr>
                <w:sz w:val="18"/>
              </w:rPr>
              <w:t>Băile</w:t>
            </w:r>
            <w:proofErr w:type="spellEnd"/>
            <w:r>
              <w:rPr>
                <w:sz w:val="18"/>
              </w:rPr>
              <w:t xml:space="preserve"> Felix</w:t>
            </w:r>
          </w:p>
        </w:tc>
        <w:tc>
          <w:tcPr>
            <w:tcW w:w="2045" w:type="dxa"/>
            <w:vAlign w:val="center"/>
          </w:tcPr>
          <w:p w14:paraId="304DC6B1" w14:textId="77777777" w:rsidR="00CE3156" w:rsidRDefault="00000000">
            <w:r>
              <w:rPr>
                <w:sz w:val="18"/>
              </w:rPr>
              <w:t>Romania</w:t>
            </w:r>
          </w:p>
        </w:tc>
        <w:tc>
          <w:tcPr>
            <w:tcW w:w="2045" w:type="dxa"/>
            <w:vAlign w:val="center"/>
          </w:tcPr>
          <w:p w14:paraId="32CC4839" w14:textId="77777777" w:rsidR="00CE3156" w:rsidRDefault="00000000">
            <w:r>
              <w:rPr>
                <w:sz w:val="18"/>
              </w:rPr>
              <w:t>IARU R1 Championship</w:t>
            </w:r>
          </w:p>
        </w:tc>
      </w:tr>
      <w:tr w:rsidR="00CE3156" w14:paraId="3CFC354E" w14:textId="77777777">
        <w:trPr>
          <w:jc w:val="center"/>
        </w:trPr>
        <w:tc>
          <w:tcPr>
            <w:tcW w:w="2045" w:type="dxa"/>
            <w:vAlign w:val="center"/>
          </w:tcPr>
          <w:p w14:paraId="070FCDC8" w14:textId="77777777" w:rsidR="00CE3156" w:rsidRDefault="00000000">
            <w:r>
              <w:rPr>
                <w:sz w:val="18"/>
              </w:rPr>
              <w:t>19th</w:t>
            </w:r>
          </w:p>
        </w:tc>
        <w:tc>
          <w:tcPr>
            <w:tcW w:w="2045" w:type="dxa"/>
            <w:vAlign w:val="center"/>
          </w:tcPr>
          <w:p w14:paraId="0456224A" w14:textId="77777777" w:rsidR="00CE3156" w:rsidRDefault="00000000">
            <w:r>
              <w:rPr>
                <w:sz w:val="18"/>
              </w:rPr>
              <w:t>2013</w:t>
            </w:r>
          </w:p>
        </w:tc>
        <w:tc>
          <w:tcPr>
            <w:tcW w:w="2045" w:type="dxa"/>
            <w:vAlign w:val="center"/>
          </w:tcPr>
          <w:p w14:paraId="776E1FEF" w14:textId="77777777" w:rsidR="00CE3156" w:rsidRDefault="00000000">
            <w:proofErr w:type="spellStart"/>
            <w:r>
              <w:rPr>
                <w:sz w:val="18"/>
              </w:rPr>
              <w:t>Kudowa</w:t>
            </w:r>
            <w:proofErr w:type="spellEnd"/>
            <w:r>
              <w:rPr>
                <w:sz w:val="18"/>
              </w:rPr>
              <w:t xml:space="preserve"> </w:t>
            </w:r>
            <w:proofErr w:type="spellStart"/>
            <w:r>
              <w:rPr>
                <w:sz w:val="18"/>
              </w:rPr>
              <w:t>Zdrój</w:t>
            </w:r>
            <w:proofErr w:type="spellEnd"/>
          </w:p>
        </w:tc>
        <w:tc>
          <w:tcPr>
            <w:tcW w:w="2045" w:type="dxa"/>
            <w:vAlign w:val="center"/>
          </w:tcPr>
          <w:p w14:paraId="56CC16B9" w14:textId="77777777" w:rsidR="00CE3156" w:rsidRDefault="00000000">
            <w:r>
              <w:rPr>
                <w:sz w:val="18"/>
              </w:rPr>
              <w:t>Poland</w:t>
            </w:r>
          </w:p>
        </w:tc>
        <w:tc>
          <w:tcPr>
            <w:tcW w:w="2045" w:type="dxa"/>
            <w:vAlign w:val="center"/>
          </w:tcPr>
          <w:p w14:paraId="6E909DA2" w14:textId="77777777" w:rsidR="00CE3156" w:rsidRDefault="00000000">
            <w:r>
              <w:rPr>
                <w:sz w:val="18"/>
              </w:rPr>
              <w:t>IARU R1 Championship</w:t>
            </w:r>
          </w:p>
        </w:tc>
      </w:tr>
      <w:tr w:rsidR="00CE3156" w14:paraId="4DA4C849" w14:textId="77777777">
        <w:trPr>
          <w:jc w:val="center"/>
        </w:trPr>
        <w:tc>
          <w:tcPr>
            <w:tcW w:w="2045" w:type="dxa"/>
            <w:vAlign w:val="center"/>
          </w:tcPr>
          <w:p w14:paraId="3295C914" w14:textId="77777777" w:rsidR="00CE3156" w:rsidRDefault="00000000">
            <w:r>
              <w:rPr>
                <w:sz w:val="18"/>
              </w:rPr>
              <w:t>20th</w:t>
            </w:r>
          </w:p>
        </w:tc>
        <w:tc>
          <w:tcPr>
            <w:tcW w:w="2045" w:type="dxa"/>
            <w:vAlign w:val="center"/>
          </w:tcPr>
          <w:p w14:paraId="374FD2A4" w14:textId="77777777" w:rsidR="00CE3156" w:rsidRDefault="00000000">
            <w:r>
              <w:rPr>
                <w:sz w:val="18"/>
              </w:rPr>
              <w:t>2015</w:t>
            </w:r>
          </w:p>
        </w:tc>
        <w:tc>
          <w:tcPr>
            <w:tcW w:w="2045" w:type="dxa"/>
            <w:vAlign w:val="center"/>
          </w:tcPr>
          <w:p w14:paraId="0C50B745" w14:textId="77777777" w:rsidR="00CE3156" w:rsidRDefault="00000000">
            <w:r>
              <w:rPr>
                <w:sz w:val="18"/>
              </w:rPr>
              <w:t>Mariánské Lázně</w:t>
            </w:r>
          </w:p>
        </w:tc>
        <w:tc>
          <w:tcPr>
            <w:tcW w:w="2045" w:type="dxa"/>
            <w:vAlign w:val="center"/>
          </w:tcPr>
          <w:p w14:paraId="0F9395CE" w14:textId="77777777" w:rsidR="00CE3156" w:rsidRDefault="00000000">
            <w:r>
              <w:rPr>
                <w:sz w:val="18"/>
              </w:rPr>
              <w:t>Czech Republic</w:t>
            </w:r>
          </w:p>
        </w:tc>
        <w:tc>
          <w:tcPr>
            <w:tcW w:w="2045" w:type="dxa"/>
            <w:vAlign w:val="center"/>
          </w:tcPr>
          <w:p w14:paraId="2BE6BB1B" w14:textId="77777777" w:rsidR="00CE3156" w:rsidRDefault="00000000">
            <w:r>
              <w:rPr>
                <w:sz w:val="18"/>
              </w:rPr>
              <w:t>IARU R1 Championship</w:t>
            </w:r>
          </w:p>
        </w:tc>
      </w:tr>
      <w:tr w:rsidR="00CE3156" w14:paraId="1B90D2F9" w14:textId="77777777">
        <w:trPr>
          <w:jc w:val="center"/>
        </w:trPr>
        <w:tc>
          <w:tcPr>
            <w:tcW w:w="2045" w:type="dxa"/>
            <w:vAlign w:val="center"/>
          </w:tcPr>
          <w:p w14:paraId="45A46B51" w14:textId="77777777" w:rsidR="00CE3156" w:rsidRDefault="00000000">
            <w:r>
              <w:rPr>
                <w:sz w:val="18"/>
              </w:rPr>
              <w:t>21st</w:t>
            </w:r>
          </w:p>
        </w:tc>
        <w:tc>
          <w:tcPr>
            <w:tcW w:w="2045" w:type="dxa"/>
            <w:vAlign w:val="center"/>
          </w:tcPr>
          <w:p w14:paraId="4FB5D140" w14:textId="77777777" w:rsidR="00CE3156" w:rsidRDefault="00000000">
            <w:r>
              <w:rPr>
                <w:sz w:val="18"/>
              </w:rPr>
              <w:t>2017</w:t>
            </w:r>
          </w:p>
        </w:tc>
        <w:tc>
          <w:tcPr>
            <w:tcW w:w="2045" w:type="dxa"/>
            <w:vAlign w:val="center"/>
          </w:tcPr>
          <w:p w14:paraId="0D296164" w14:textId="77777777" w:rsidR="00CE3156" w:rsidRDefault="00000000">
            <w:r>
              <w:rPr>
                <w:sz w:val="18"/>
              </w:rPr>
              <w:t>Druskininkai</w:t>
            </w:r>
          </w:p>
        </w:tc>
        <w:tc>
          <w:tcPr>
            <w:tcW w:w="2045" w:type="dxa"/>
            <w:vAlign w:val="center"/>
          </w:tcPr>
          <w:p w14:paraId="0789E457" w14:textId="77777777" w:rsidR="00CE3156" w:rsidRDefault="00000000">
            <w:r>
              <w:rPr>
                <w:sz w:val="18"/>
              </w:rPr>
              <w:t>Lithuania</w:t>
            </w:r>
          </w:p>
        </w:tc>
        <w:tc>
          <w:tcPr>
            <w:tcW w:w="2045" w:type="dxa"/>
            <w:vAlign w:val="center"/>
          </w:tcPr>
          <w:p w14:paraId="50099B1F" w14:textId="77777777" w:rsidR="00CE3156" w:rsidRDefault="00000000">
            <w:r>
              <w:rPr>
                <w:sz w:val="18"/>
              </w:rPr>
              <w:t>IARU R1 Championship</w:t>
            </w:r>
          </w:p>
        </w:tc>
      </w:tr>
      <w:tr w:rsidR="00CE3156" w14:paraId="103312D4" w14:textId="77777777">
        <w:trPr>
          <w:jc w:val="center"/>
        </w:trPr>
        <w:tc>
          <w:tcPr>
            <w:tcW w:w="2045" w:type="dxa"/>
            <w:vAlign w:val="center"/>
          </w:tcPr>
          <w:p w14:paraId="1DFA64B7" w14:textId="77777777" w:rsidR="00CE3156" w:rsidRDefault="00000000">
            <w:r>
              <w:rPr>
                <w:sz w:val="18"/>
              </w:rPr>
              <w:t>22nd</w:t>
            </w:r>
          </w:p>
        </w:tc>
        <w:tc>
          <w:tcPr>
            <w:tcW w:w="2045" w:type="dxa"/>
            <w:vAlign w:val="center"/>
          </w:tcPr>
          <w:p w14:paraId="29F6742F" w14:textId="77777777" w:rsidR="00CE3156" w:rsidRDefault="00000000">
            <w:r>
              <w:rPr>
                <w:sz w:val="18"/>
              </w:rPr>
              <w:t>2019</w:t>
            </w:r>
          </w:p>
        </w:tc>
        <w:tc>
          <w:tcPr>
            <w:tcW w:w="2045" w:type="dxa"/>
            <w:vAlign w:val="center"/>
          </w:tcPr>
          <w:p w14:paraId="6ED3EF49" w14:textId="77777777" w:rsidR="00CE3156" w:rsidRDefault="00000000">
            <w:proofErr w:type="spellStart"/>
            <w:r>
              <w:rPr>
                <w:sz w:val="18"/>
              </w:rPr>
              <w:t>Rogla</w:t>
            </w:r>
            <w:proofErr w:type="spellEnd"/>
          </w:p>
        </w:tc>
        <w:tc>
          <w:tcPr>
            <w:tcW w:w="2045" w:type="dxa"/>
            <w:vAlign w:val="center"/>
          </w:tcPr>
          <w:p w14:paraId="538FB6E9" w14:textId="77777777" w:rsidR="00CE3156" w:rsidRDefault="00000000">
            <w:r>
              <w:rPr>
                <w:sz w:val="18"/>
              </w:rPr>
              <w:t>Slovenia</w:t>
            </w:r>
          </w:p>
        </w:tc>
        <w:tc>
          <w:tcPr>
            <w:tcW w:w="2045" w:type="dxa"/>
            <w:vAlign w:val="center"/>
          </w:tcPr>
          <w:p w14:paraId="4B68D7FE" w14:textId="77777777" w:rsidR="00CE3156" w:rsidRDefault="00000000">
            <w:r>
              <w:rPr>
                <w:sz w:val="18"/>
              </w:rPr>
              <w:t>IARU R1 Championship</w:t>
            </w:r>
          </w:p>
        </w:tc>
      </w:tr>
      <w:tr w:rsidR="00CE3156" w14:paraId="6325BE1A" w14:textId="77777777">
        <w:trPr>
          <w:jc w:val="center"/>
        </w:trPr>
        <w:tc>
          <w:tcPr>
            <w:tcW w:w="2045" w:type="dxa"/>
            <w:vAlign w:val="center"/>
          </w:tcPr>
          <w:p w14:paraId="1266038B" w14:textId="77777777" w:rsidR="00CE3156" w:rsidRDefault="00000000">
            <w:r>
              <w:rPr>
                <w:sz w:val="18"/>
              </w:rPr>
              <w:t>23rd</w:t>
            </w:r>
          </w:p>
        </w:tc>
        <w:tc>
          <w:tcPr>
            <w:tcW w:w="2045" w:type="dxa"/>
            <w:vAlign w:val="center"/>
          </w:tcPr>
          <w:p w14:paraId="6EA2ABA2" w14:textId="77777777" w:rsidR="00CE3156" w:rsidRDefault="00000000">
            <w:r>
              <w:rPr>
                <w:sz w:val="18"/>
              </w:rPr>
              <w:t>2021</w:t>
            </w:r>
          </w:p>
        </w:tc>
        <w:tc>
          <w:tcPr>
            <w:tcW w:w="2045" w:type="dxa"/>
            <w:vAlign w:val="center"/>
          </w:tcPr>
          <w:p w14:paraId="719F5245" w14:textId="77777777" w:rsidR="00CE3156" w:rsidRDefault="00000000">
            <w:proofErr w:type="spellStart"/>
            <w:r>
              <w:rPr>
                <w:sz w:val="18"/>
              </w:rPr>
              <w:t>Bansko</w:t>
            </w:r>
            <w:proofErr w:type="spellEnd"/>
          </w:p>
        </w:tc>
        <w:tc>
          <w:tcPr>
            <w:tcW w:w="2045" w:type="dxa"/>
            <w:vAlign w:val="center"/>
          </w:tcPr>
          <w:p w14:paraId="08241AFA" w14:textId="77777777" w:rsidR="00CE3156" w:rsidRDefault="00000000">
            <w:r>
              <w:rPr>
                <w:sz w:val="18"/>
              </w:rPr>
              <w:t>Bulgaria</w:t>
            </w:r>
          </w:p>
        </w:tc>
        <w:tc>
          <w:tcPr>
            <w:tcW w:w="2045" w:type="dxa"/>
            <w:vAlign w:val="center"/>
          </w:tcPr>
          <w:p w14:paraId="6C2BB0AD" w14:textId="77777777" w:rsidR="00CE3156" w:rsidRDefault="00000000">
            <w:r>
              <w:rPr>
                <w:sz w:val="18"/>
              </w:rPr>
              <w:t>IARU R1 Championship</w:t>
            </w:r>
          </w:p>
        </w:tc>
      </w:tr>
      <w:tr w:rsidR="00CE3156" w14:paraId="5233B489" w14:textId="77777777">
        <w:trPr>
          <w:jc w:val="center"/>
        </w:trPr>
        <w:tc>
          <w:tcPr>
            <w:tcW w:w="2045" w:type="dxa"/>
            <w:vAlign w:val="center"/>
          </w:tcPr>
          <w:p w14:paraId="39FAE2F5" w14:textId="77777777" w:rsidR="00CE3156" w:rsidRDefault="00000000">
            <w:r>
              <w:rPr>
                <w:sz w:val="18"/>
              </w:rPr>
              <w:t>24th</w:t>
            </w:r>
          </w:p>
        </w:tc>
        <w:tc>
          <w:tcPr>
            <w:tcW w:w="2045" w:type="dxa"/>
            <w:vAlign w:val="center"/>
          </w:tcPr>
          <w:p w14:paraId="68E19FFA" w14:textId="77777777" w:rsidR="00CE3156" w:rsidRDefault="00000000">
            <w:r>
              <w:rPr>
                <w:sz w:val="18"/>
              </w:rPr>
              <w:t>2024</w:t>
            </w:r>
          </w:p>
        </w:tc>
        <w:tc>
          <w:tcPr>
            <w:tcW w:w="2045" w:type="dxa"/>
            <w:vAlign w:val="center"/>
          </w:tcPr>
          <w:p w14:paraId="32C324E5" w14:textId="77777777" w:rsidR="00CE3156" w:rsidRDefault="00000000">
            <w:proofErr w:type="spellStart"/>
            <w:r>
              <w:rPr>
                <w:sz w:val="18"/>
              </w:rPr>
              <w:t>Primorsko</w:t>
            </w:r>
            <w:proofErr w:type="spellEnd"/>
          </w:p>
        </w:tc>
        <w:tc>
          <w:tcPr>
            <w:tcW w:w="2045" w:type="dxa"/>
            <w:vAlign w:val="center"/>
          </w:tcPr>
          <w:p w14:paraId="036B2E53" w14:textId="77777777" w:rsidR="00CE3156" w:rsidRDefault="00000000">
            <w:r>
              <w:rPr>
                <w:sz w:val="18"/>
              </w:rPr>
              <w:t>Bulgaria</w:t>
            </w:r>
          </w:p>
        </w:tc>
        <w:tc>
          <w:tcPr>
            <w:tcW w:w="2045" w:type="dxa"/>
            <w:vAlign w:val="center"/>
          </w:tcPr>
          <w:p w14:paraId="41DCE46B" w14:textId="62265034" w:rsidR="00CE3156" w:rsidRDefault="00000000">
            <w:r>
              <w:rPr>
                <w:sz w:val="18"/>
              </w:rPr>
              <w:t>IARU R1</w:t>
            </w:r>
            <w:r w:rsidR="00C403FE">
              <w:rPr>
                <w:sz w:val="18"/>
              </w:rPr>
              <w:t>-</w:t>
            </w:r>
            <w:r>
              <w:rPr>
                <w:sz w:val="18"/>
              </w:rPr>
              <w:t xml:space="preserve"> originally planned </w:t>
            </w:r>
            <w:r w:rsidR="00C403FE">
              <w:rPr>
                <w:sz w:val="18"/>
              </w:rPr>
              <w:t>in</w:t>
            </w:r>
            <w:r>
              <w:rPr>
                <w:sz w:val="18"/>
              </w:rPr>
              <w:t xml:space="preserve"> Hungary</w:t>
            </w:r>
          </w:p>
        </w:tc>
      </w:tr>
      <w:tr w:rsidR="00CE3156" w14:paraId="28CE656F" w14:textId="77777777">
        <w:trPr>
          <w:jc w:val="center"/>
        </w:trPr>
        <w:tc>
          <w:tcPr>
            <w:tcW w:w="2045" w:type="dxa"/>
            <w:vAlign w:val="center"/>
          </w:tcPr>
          <w:p w14:paraId="24A1D98B" w14:textId="77777777" w:rsidR="00CE3156" w:rsidRDefault="00000000">
            <w:r>
              <w:rPr>
                <w:sz w:val="18"/>
              </w:rPr>
              <w:t>25th</w:t>
            </w:r>
          </w:p>
        </w:tc>
        <w:tc>
          <w:tcPr>
            <w:tcW w:w="2045" w:type="dxa"/>
            <w:vAlign w:val="center"/>
          </w:tcPr>
          <w:p w14:paraId="702360F1" w14:textId="77777777" w:rsidR="00CE3156" w:rsidRDefault="00000000">
            <w:r>
              <w:rPr>
                <w:sz w:val="18"/>
              </w:rPr>
              <w:t>2026</w:t>
            </w:r>
          </w:p>
        </w:tc>
        <w:tc>
          <w:tcPr>
            <w:tcW w:w="2045" w:type="dxa"/>
            <w:vAlign w:val="center"/>
          </w:tcPr>
          <w:p w14:paraId="184AE747" w14:textId="77777777" w:rsidR="00CE3156" w:rsidRDefault="00000000">
            <w:r>
              <w:rPr>
                <w:sz w:val="18"/>
              </w:rPr>
              <w:t>Târgoviște</w:t>
            </w:r>
          </w:p>
        </w:tc>
        <w:tc>
          <w:tcPr>
            <w:tcW w:w="2045" w:type="dxa"/>
            <w:vAlign w:val="center"/>
          </w:tcPr>
          <w:p w14:paraId="0C974DA9" w14:textId="77777777" w:rsidR="00CE3156" w:rsidRDefault="00000000">
            <w:r>
              <w:rPr>
                <w:sz w:val="18"/>
              </w:rPr>
              <w:t>Romania</w:t>
            </w:r>
          </w:p>
        </w:tc>
        <w:tc>
          <w:tcPr>
            <w:tcW w:w="2045" w:type="dxa"/>
            <w:vAlign w:val="center"/>
          </w:tcPr>
          <w:p w14:paraId="238B0F15" w14:textId="77777777" w:rsidR="00CE3156" w:rsidRDefault="00000000">
            <w:r>
              <w:rPr>
                <w:sz w:val="18"/>
              </w:rPr>
              <w:t>IARU R1 Championship</w:t>
            </w:r>
          </w:p>
        </w:tc>
      </w:tr>
      <w:tr w:rsidR="00C403FE" w14:paraId="773BFBA4" w14:textId="77777777">
        <w:trPr>
          <w:jc w:val="center"/>
        </w:trPr>
        <w:tc>
          <w:tcPr>
            <w:tcW w:w="2045" w:type="dxa"/>
            <w:vAlign w:val="center"/>
          </w:tcPr>
          <w:p w14:paraId="1CCF1C7A" w14:textId="1D421E0C" w:rsidR="00C403FE" w:rsidRDefault="00C403FE">
            <w:pPr>
              <w:rPr>
                <w:sz w:val="18"/>
              </w:rPr>
            </w:pPr>
            <w:r>
              <w:rPr>
                <w:sz w:val="18"/>
              </w:rPr>
              <w:t>26th</w:t>
            </w:r>
          </w:p>
        </w:tc>
        <w:tc>
          <w:tcPr>
            <w:tcW w:w="2045" w:type="dxa"/>
            <w:vAlign w:val="center"/>
          </w:tcPr>
          <w:p w14:paraId="5084286F" w14:textId="1905FD0A" w:rsidR="00C403FE" w:rsidRDefault="00C403FE">
            <w:pPr>
              <w:rPr>
                <w:sz w:val="18"/>
              </w:rPr>
            </w:pPr>
            <w:r>
              <w:rPr>
                <w:sz w:val="18"/>
              </w:rPr>
              <w:t>2028</w:t>
            </w:r>
          </w:p>
        </w:tc>
        <w:tc>
          <w:tcPr>
            <w:tcW w:w="2045" w:type="dxa"/>
            <w:vAlign w:val="center"/>
          </w:tcPr>
          <w:p w14:paraId="790FFDAE" w14:textId="70AB9D63" w:rsidR="00C403FE" w:rsidRDefault="00C403FE" w:rsidP="00C403FE">
            <w:pPr>
              <w:jc w:val="center"/>
              <w:rPr>
                <w:sz w:val="18"/>
              </w:rPr>
            </w:pPr>
            <w:r>
              <w:rPr>
                <w:sz w:val="18"/>
              </w:rPr>
              <w:t>TBA</w:t>
            </w:r>
          </w:p>
        </w:tc>
        <w:tc>
          <w:tcPr>
            <w:tcW w:w="2045" w:type="dxa"/>
            <w:vAlign w:val="center"/>
          </w:tcPr>
          <w:p w14:paraId="7583EC27" w14:textId="086EC407" w:rsidR="00C403FE" w:rsidRDefault="00C403FE" w:rsidP="00C403FE">
            <w:pPr>
              <w:jc w:val="center"/>
              <w:rPr>
                <w:sz w:val="18"/>
              </w:rPr>
            </w:pPr>
            <w:r>
              <w:rPr>
                <w:sz w:val="18"/>
              </w:rPr>
              <w:t>TBA</w:t>
            </w:r>
          </w:p>
        </w:tc>
        <w:tc>
          <w:tcPr>
            <w:tcW w:w="2045" w:type="dxa"/>
            <w:vAlign w:val="center"/>
          </w:tcPr>
          <w:p w14:paraId="61077C64" w14:textId="77777777" w:rsidR="00C403FE" w:rsidRDefault="00C403FE">
            <w:pPr>
              <w:rPr>
                <w:sz w:val="18"/>
              </w:rPr>
            </w:pPr>
          </w:p>
        </w:tc>
      </w:tr>
    </w:tbl>
    <w:p w14:paraId="11160DC5" w14:textId="77777777" w:rsidR="00CE3156" w:rsidRDefault="00000000" w:rsidP="00C403FE">
      <w:pPr>
        <w:jc w:val="center"/>
      </w:pPr>
      <w:r>
        <w:t xml:space="preserve">Note on the numbering: the 1980s and early 1990s do not appear as </w:t>
      </w:r>
      <w:proofErr w:type="gramStart"/>
      <w:r>
        <w:t>Region</w:t>
      </w:r>
      <w:proofErr w:type="gramEnd"/>
      <w:r>
        <w:t xml:space="preserve"> 1 championship editions because the World Championship and Region 1 Championship series developed as separate IARU events. The historical record used by the ARDF Working Group explicitly identifies the 1961–1977 European Championships as the first eight Region 1 series entries.</w:t>
      </w:r>
    </w:p>
    <w:p w14:paraId="161B0C1F" w14:textId="77777777" w:rsidR="00CE3156" w:rsidRDefault="00000000">
      <w:pPr>
        <w:pStyle w:val="Heading1"/>
      </w:pPr>
      <w:r>
        <w:t>4. IARU World Youth ARDF Championships</w:t>
      </w:r>
    </w:p>
    <w:p w14:paraId="26ACB4AA" w14:textId="77777777" w:rsidR="00CE3156" w:rsidRDefault="00000000">
      <w:r>
        <w:t>The modern IARU World Youth ARDF Championship series began in 2017, replacing the earlier IARU Region 1 Youth / European Youth championship structure. The historical Region 1 Youth series is not included in this table because the present table is specifically intended to document the World Youth Championship series.</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CE3156" w14:paraId="4CA67E8C" w14:textId="77777777">
        <w:trPr>
          <w:jc w:val="center"/>
        </w:trPr>
        <w:tc>
          <w:tcPr>
            <w:tcW w:w="2045" w:type="dxa"/>
            <w:shd w:val="clear" w:color="auto" w:fill="D9EAF7"/>
            <w:vAlign w:val="center"/>
          </w:tcPr>
          <w:p w14:paraId="4A9BA876" w14:textId="77777777" w:rsidR="00CE3156" w:rsidRDefault="00000000">
            <w:r>
              <w:rPr>
                <w:b/>
                <w:sz w:val="18"/>
              </w:rPr>
              <w:t>Edition</w:t>
            </w:r>
          </w:p>
        </w:tc>
        <w:tc>
          <w:tcPr>
            <w:tcW w:w="2045" w:type="dxa"/>
            <w:shd w:val="clear" w:color="auto" w:fill="D9EAF7"/>
            <w:vAlign w:val="center"/>
          </w:tcPr>
          <w:p w14:paraId="509A9461" w14:textId="77777777" w:rsidR="00CE3156" w:rsidRDefault="00000000">
            <w:r>
              <w:rPr>
                <w:b/>
                <w:sz w:val="18"/>
              </w:rPr>
              <w:t>Year</w:t>
            </w:r>
          </w:p>
        </w:tc>
        <w:tc>
          <w:tcPr>
            <w:tcW w:w="2045" w:type="dxa"/>
            <w:shd w:val="clear" w:color="auto" w:fill="D9EAF7"/>
            <w:vAlign w:val="center"/>
          </w:tcPr>
          <w:p w14:paraId="553B1B16" w14:textId="77777777" w:rsidR="00CE3156" w:rsidRDefault="00000000">
            <w:r>
              <w:rPr>
                <w:b/>
                <w:sz w:val="18"/>
              </w:rPr>
              <w:t>Venue</w:t>
            </w:r>
          </w:p>
        </w:tc>
        <w:tc>
          <w:tcPr>
            <w:tcW w:w="2045" w:type="dxa"/>
            <w:shd w:val="clear" w:color="auto" w:fill="D9EAF7"/>
            <w:vAlign w:val="center"/>
          </w:tcPr>
          <w:p w14:paraId="578B10A1" w14:textId="77777777" w:rsidR="00CE3156" w:rsidRDefault="00000000">
            <w:r>
              <w:rPr>
                <w:b/>
                <w:sz w:val="18"/>
              </w:rPr>
              <w:t>Country</w:t>
            </w:r>
          </w:p>
        </w:tc>
        <w:tc>
          <w:tcPr>
            <w:tcW w:w="2045" w:type="dxa"/>
            <w:shd w:val="clear" w:color="auto" w:fill="D9EAF7"/>
            <w:vAlign w:val="center"/>
          </w:tcPr>
          <w:p w14:paraId="0D09D113" w14:textId="77777777" w:rsidR="00CE3156" w:rsidRDefault="00000000">
            <w:r>
              <w:rPr>
                <w:b/>
                <w:sz w:val="18"/>
              </w:rPr>
              <w:t>Note</w:t>
            </w:r>
          </w:p>
        </w:tc>
      </w:tr>
      <w:tr w:rsidR="00CE3156" w14:paraId="72B07D73" w14:textId="77777777">
        <w:trPr>
          <w:jc w:val="center"/>
        </w:trPr>
        <w:tc>
          <w:tcPr>
            <w:tcW w:w="2045" w:type="dxa"/>
            <w:vAlign w:val="center"/>
          </w:tcPr>
          <w:p w14:paraId="2A51A6FD" w14:textId="77777777" w:rsidR="00CE3156" w:rsidRDefault="00000000">
            <w:r>
              <w:rPr>
                <w:sz w:val="18"/>
              </w:rPr>
              <w:t>1st</w:t>
            </w:r>
          </w:p>
        </w:tc>
        <w:tc>
          <w:tcPr>
            <w:tcW w:w="2045" w:type="dxa"/>
            <w:vAlign w:val="center"/>
          </w:tcPr>
          <w:p w14:paraId="1980017E" w14:textId="77777777" w:rsidR="00CE3156" w:rsidRDefault="00000000">
            <w:r>
              <w:rPr>
                <w:sz w:val="18"/>
              </w:rPr>
              <w:t>2017</w:t>
            </w:r>
          </w:p>
        </w:tc>
        <w:tc>
          <w:tcPr>
            <w:tcW w:w="2045" w:type="dxa"/>
            <w:vAlign w:val="center"/>
          </w:tcPr>
          <w:p w14:paraId="5EC6007C" w14:textId="77777777" w:rsidR="00CE3156" w:rsidRDefault="00000000">
            <w:r>
              <w:rPr>
                <w:sz w:val="18"/>
              </w:rPr>
              <w:t>Turčianske Teplice</w:t>
            </w:r>
          </w:p>
        </w:tc>
        <w:tc>
          <w:tcPr>
            <w:tcW w:w="2045" w:type="dxa"/>
            <w:vAlign w:val="center"/>
          </w:tcPr>
          <w:p w14:paraId="6D0D7A59" w14:textId="77777777" w:rsidR="00CE3156" w:rsidRDefault="00000000">
            <w:r>
              <w:rPr>
                <w:sz w:val="18"/>
              </w:rPr>
              <w:t>Slovakia</w:t>
            </w:r>
          </w:p>
        </w:tc>
        <w:tc>
          <w:tcPr>
            <w:tcW w:w="2045" w:type="dxa"/>
            <w:vAlign w:val="center"/>
          </w:tcPr>
          <w:p w14:paraId="391B985A" w14:textId="77777777" w:rsidR="00CE3156" w:rsidRDefault="00CE3156"/>
        </w:tc>
      </w:tr>
      <w:tr w:rsidR="00CE3156" w14:paraId="7E25DF16" w14:textId="77777777">
        <w:trPr>
          <w:jc w:val="center"/>
        </w:trPr>
        <w:tc>
          <w:tcPr>
            <w:tcW w:w="2045" w:type="dxa"/>
            <w:vAlign w:val="center"/>
          </w:tcPr>
          <w:p w14:paraId="77C98CED" w14:textId="77777777" w:rsidR="00CE3156" w:rsidRDefault="00000000">
            <w:r>
              <w:rPr>
                <w:sz w:val="18"/>
              </w:rPr>
              <w:t>2nd</w:t>
            </w:r>
          </w:p>
        </w:tc>
        <w:tc>
          <w:tcPr>
            <w:tcW w:w="2045" w:type="dxa"/>
            <w:vAlign w:val="center"/>
          </w:tcPr>
          <w:p w14:paraId="0A304C86" w14:textId="77777777" w:rsidR="00CE3156" w:rsidRDefault="00000000">
            <w:r>
              <w:rPr>
                <w:sz w:val="18"/>
              </w:rPr>
              <w:t>2018</w:t>
            </w:r>
          </w:p>
        </w:tc>
        <w:tc>
          <w:tcPr>
            <w:tcW w:w="2045" w:type="dxa"/>
            <w:vAlign w:val="center"/>
          </w:tcPr>
          <w:p w14:paraId="79F45DDC" w14:textId="77777777" w:rsidR="00CE3156" w:rsidRDefault="00000000">
            <w:proofErr w:type="spellStart"/>
            <w:r>
              <w:rPr>
                <w:sz w:val="18"/>
              </w:rPr>
              <w:t>Doksy</w:t>
            </w:r>
            <w:proofErr w:type="spellEnd"/>
          </w:p>
        </w:tc>
        <w:tc>
          <w:tcPr>
            <w:tcW w:w="2045" w:type="dxa"/>
            <w:vAlign w:val="center"/>
          </w:tcPr>
          <w:p w14:paraId="2EC1AF11" w14:textId="77777777" w:rsidR="00CE3156" w:rsidRDefault="00000000">
            <w:r>
              <w:rPr>
                <w:sz w:val="18"/>
              </w:rPr>
              <w:t>Czech Republic</w:t>
            </w:r>
          </w:p>
        </w:tc>
        <w:tc>
          <w:tcPr>
            <w:tcW w:w="2045" w:type="dxa"/>
            <w:vAlign w:val="center"/>
          </w:tcPr>
          <w:p w14:paraId="5765F99D" w14:textId="77777777" w:rsidR="00CE3156" w:rsidRDefault="00CE3156"/>
        </w:tc>
      </w:tr>
      <w:tr w:rsidR="00CE3156" w14:paraId="0244157E" w14:textId="77777777">
        <w:trPr>
          <w:jc w:val="center"/>
        </w:trPr>
        <w:tc>
          <w:tcPr>
            <w:tcW w:w="2045" w:type="dxa"/>
            <w:vAlign w:val="center"/>
          </w:tcPr>
          <w:p w14:paraId="0DEC5425" w14:textId="77777777" w:rsidR="00CE3156" w:rsidRDefault="00000000">
            <w:r>
              <w:rPr>
                <w:sz w:val="18"/>
              </w:rPr>
              <w:t>3rd</w:t>
            </w:r>
          </w:p>
        </w:tc>
        <w:tc>
          <w:tcPr>
            <w:tcW w:w="2045" w:type="dxa"/>
            <w:vAlign w:val="center"/>
          </w:tcPr>
          <w:p w14:paraId="3E64BA60" w14:textId="77777777" w:rsidR="00CE3156" w:rsidRDefault="00000000">
            <w:r>
              <w:rPr>
                <w:sz w:val="18"/>
              </w:rPr>
              <w:t>2019</w:t>
            </w:r>
          </w:p>
        </w:tc>
        <w:tc>
          <w:tcPr>
            <w:tcW w:w="2045" w:type="dxa"/>
            <w:vAlign w:val="center"/>
          </w:tcPr>
          <w:p w14:paraId="394ED1C9" w14:textId="77777777" w:rsidR="00CE3156" w:rsidRDefault="00000000">
            <w:r>
              <w:rPr>
                <w:sz w:val="18"/>
              </w:rPr>
              <w:t>Vinnytsia</w:t>
            </w:r>
          </w:p>
        </w:tc>
        <w:tc>
          <w:tcPr>
            <w:tcW w:w="2045" w:type="dxa"/>
            <w:vAlign w:val="center"/>
          </w:tcPr>
          <w:p w14:paraId="1FD2EEDA" w14:textId="77777777" w:rsidR="00CE3156" w:rsidRDefault="00000000">
            <w:r>
              <w:rPr>
                <w:sz w:val="18"/>
              </w:rPr>
              <w:t>Ukraine</w:t>
            </w:r>
          </w:p>
        </w:tc>
        <w:tc>
          <w:tcPr>
            <w:tcW w:w="2045" w:type="dxa"/>
            <w:vAlign w:val="center"/>
          </w:tcPr>
          <w:p w14:paraId="7A21EB12" w14:textId="77777777" w:rsidR="00CE3156" w:rsidRDefault="00CE3156"/>
        </w:tc>
      </w:tr>
      <w:tr w:rsidR="00CE3156" w14:paraId="1FCD2AF2" w14:textId="77777777">
        <w:trPr>
          <w:jc w:val="center"/>
        </w:trPr>
        <w:tc>
          <w:tcPr>
            <w:tcW w:w="2045" w:type="dxa"/>
            <w:vAlign w:val="center"/>
          </w:tcPr>
          <w:p w14:paraId="08F9314F" w14:textId="77777777" w:rsidR="00CE3156" w:rsidRDefault="00000000">
            <w:r>
              <w:rPr>
                <w:sz w:val="18"/>
              </w:rPr>
              <w:t>4th planned</w:t>
            </w:r>
          </w:p>
        </w:tc>
        <w:tc>
          <w:tcPr>
            <w:tcW w:w="2045" w:type="dxa"/>
            <w:vAlign w:val="center"/>
          </w:tcPr>
          <w:p w14:paraId="5AE54F75" w14:textId="77777777" w:rsidR="00CE3156" w:rsidRDefault="00000000">
            <w:r>
              <w:rPr>
                <w:sz w:val="18"/>
              </w:rPr>
              <w:t>2020</w:t>
            </w:r>
          </w:p>
        </w:tc>
        <w:tc>
          <w:tcPr>
            <w:tcW w:w="2045" w:type="dxa"/>
            <w:vAlign w:val="center"/>
          </w:tcPr>
          <w:p w14:paraId="2A262F56" w14:textId="77777777" w:rsidR="00CE3156" w:rsidRDefault="00000000">
            <w:proofErr w:type="spellStart"/>
            <w:r>
              <w:rPr>
                <w:sz w:val="18"/>
              </w:rPr>
              <w:t>Ajdovščina</w:t>
            </w:r>
            <w:proofErr w:type="spellEnd"/>
          </w:p>
        </w:tc>
        <w:tc>
          <w:tcPr>
            <w:tcW w:w="2045" w:type="dxa"/>
            <w:vAlign w:val="center"/>
          </w:tcPr>
          <w:p w14:paraId="15F2B9C1" w14:textId="77777777" w:rsidR="00CE3156" w:rsidRDefault="00000000">
            <w:r>
              <w:rPr>
                <w:sz w:val="18"/>
              </w:rPr>
              <w:t>Slovenia</w:t>
            </w:r>
          </w:p>
        </w:tc>
        <w:tc>
          <w:tcPr>
            <w:tcW w:w="2045" w:type="dxa"/>
            <w:vAlign w:val="center"/>
          </w:tcPr>
          <w:p w14:paraId="1BCCEDD8" w14:textId="77777777" w:rsidR="00CE3156" w:rsidRDefault="00000000">
            <w:r>
              <w:rPr>
                <w:sz w:val="18"/>
              </w:rPr>
              <w:t>Cancelled</w:t>
            </w:r>
          </w:p>
        </w:tc>
      </w:tr>
      <w:tr w:rsidR="00CE3156" w14:paraId="217DB9C0" w14:textId="77777777">
        <w:trPr>
          <w:jc w:val="center"/>
        </w:trPr>
        <w:tc>
          <w:tcPr>
            <w:tcW w:w="2045" w:type="dxa"/>
            <w:vAlign w:val="center"/>
          </w:tcPr>
          <w:p w14:paraId="1CF55797" w14:textId="77777777" w:rsidR="00CE3156" w:rsidRDefault="00000000">
            <w:r>
              <w:rPr>
                <w:sz w:val="18"/>
              </w:rPr>
              <w:t>4th</w:t>
            </w:r>
          </w:p>
        </w:tc>
        <w:tc>
          <w:tcPr>
            <w:tcW w:w="2045" w:type="dxa"/>
            <w:vAlign w:val="center"/>
          </w:tcPr>
          <w:p w14:paraId="0B2DEEE3" w14:textId="77777777" w:rsidR="00CE3156" w:rsidRDefault="00000000">
            <w:r>
              <w:rPr>
                <w:sz w:val="18"/>
              </w:rPr>
              <w:t>2022</w:t>
            </w:r>
          </w:p>
        </w:tc>
        <w:tc>
          <w:tcPr>
            <w:tcW w:w="2045" w:type="dxa"/>
            <w:vAlign w:val="center"/>
          </w:tcPr>
          <w:p w14:paraId="7C322253" w14:textId="77777777" w:rsidR="00CE3156" w:rsidRDefault="00000000">
            <w:r>
              <w:rPr>
                <w:sz w:val="18"/>
              </w:rPr>
              <w:t>Târgu Jiu</w:t>
            </w:r>
          </w:p>
        </w:tc>
        <w:tc>
          <w:tcPr>
            <w:tcW w:w="2045" w:type="dxa"/>
            <w:vAlign w:val="center"/>
          </w:tcPr>
          <w:p w14:paraId="2A5BBC45" w14:textId="77777777" w:rsidR="00CE3156" w:rsidRDefault="00000000">
            <w:r>
              <w:rPr>
                <w:sz w:val="18"/>
              </w:rPr>
              <w:t>Romania</w:t>
            </w:r>
          </w:p>
        </w:tc>
        <w:tc>
          <w:tcPr>
            <w:tcW w:w="2045" w:type="dxa"/>
            <w:vAlign w:val="center"/>
          </w:tcPr>
          <w:p w14:paraId="1C526F1F" w14:textId="77777777" w:rsidR="00CE3156" w:rsidRDefault="00CE3156"/>
        </w:tc>
      </w:tr>
      <w:tr w:rsidR="00CE3156" w14:paraId="4A017A67" w14:textId="77777777">
        <w:trPr>
          <w:jc w:val="center"/>
        </w:trPr>
        <w:tc>
          <w:tcPr>
            <w:tcW w:w="2045" w:type="dxa"/>
            <w:vAlign w:val="center"/>
          </w:tcPr>
          <w:p w14:paraId="6F4BCB25" w14:textId="77777777" w:rsidR="00CE3156" w:rsidRDefault="00000000">
            <w:r>
              <w:rPr>
                <w:sz w:val="18"/>
              </w:rPr>
              <w:t>5th</w:t>
            </w:r>
          </w:p>
        </w:tc>
        <w:tc>
          <w:tcPr>
            <w:tcW w:w="2045" w:type="dxa"/>
            <w:vAlign w:val="center"/>
          </w:tcPr>
          <w:p w14:paraId="49BD46D2" w14:textId="77777777" w:rsidR="00CE3156" w:rsidRDefault="00000000">
            <w:r>
              <w:rPr>
                <w:sz w:val="18"/>
              </w:rPr>
              <w:t>2023</w:t>
            </w:r>
          </w:p>
        </w:tc>
        <w:tc>
          <w:tcPr>
            <w:tcW w:w="2045" w:type="dxa"/>
            <w:vAlign w:val="center"/>
          </w:tcPr>
          <w:p w14:paraId="7D52D435" w14:textId="77777777" w:rsidR="00CE3156" w:rsidRDefault="00000000">
            <w:proofErr w:type="spellStart"/>
            <w:r>
              <w:rPr>
                <w:sz w:val="18"/>
              </w:rPr>
              <w:t>Városlőd</w:t>
            </w:r>
            <w:proofErr w:type="spellEnd"/>
          </w:p>
        </w:tc>
        <w:tc>
          <w:tcPr>
            <w:tcW w:w="2045" w:type="dxa"/>
            <w:vAlign w:val="center"/>
          </w:tcPr>
          <w:p w14:paraId="6DA3E100" w14:textId="77777777" w:rsidR="00CE3156" w:rsidRDefault="00000000">
            <w:r>
              <w:rPr>
                <w:sz w:val="18"/>
              </w:rPr>
              <w:t>Hungary</w:t>
            </w:r>
          </w:p>
        </w:tc>
        <w:tc>
          <w:tcPr>
            <w:tcW w:w="2045" w:type="dxa"/>
            <w:vAlign w:val="center"/>
          </w:tcPr>
          <w:p w14:paraId="42FB9EA2" w14:textId="77777777" w:rsidR="00CE3156" w:rsidRDefault="00CE3156"/>
        </w:tc>
      </w:tr>
      <w:tr w:rsidR="00CE3156" w14:paraId="5012E633" w14:textId="77777777">
        <w:trPr>
          <w:jc w:val="center"/>
        </w:trPr>
        <w:tc>
          <w:tcPr>
            <w:tcW w:w="2045" w:type="dxa"/>
            <w:vAlign w:val="center"/>
          </w:tcPr>
          <w:p w14:paraId="35C19B2F" w14:textId="77777777" w:rsidR="00CE3156" w:rsidRDefault="00000000">
            <w:r>
              <w:rPr>
                <w:sz w:val="18"/>
              </w:rPr>
              <w:t>6th</w:t>
            </w:r>
          </w:p>
        </w:tc>
        <w:tc>
          <w:tcPr>
            <w:tcW w:w="2045" w:type="dxa"/>
            <w:vAlign w:val="center"/>
          </w:tcPr>
          <w:p w14:paraId="5F6B24C7" w14:textId="77777777" w:rsidR="00CE3156" w:rsidRDefault="00000000">
            <w:r>
              <w:rPr>
                <w:sz w:val="18"/>
              </w:rPr>
              <w:t>2024</w:t>
            </w:r>
          </w:p>
        </w:tc>
        <w:tc>
          <w:tcPr>
            <w:tcW w:w="2045" w:type="dxa"/>
            <w:vAlign w:val="center"/>
          </w:tcPr>
          <w:p w14:paraId="2C6EC3CE" w14:textId="77777777" w:rsidR="00CE3156" w:rsidRDefault="00000000">
            <w:r>
              <w:rPr>
                <w:sz w:val="18"/>
              </w:rPr>
              <w:t>Orhei Region near Chișinău</w:t>
            </w:r>
          </w:p>
        </w:tc>
        <w:tc>
          <w:tcPr>
            <w:tcW w:w="2045" w:type="dxa"/>
            <w:vAlign w:val="center"/>
          </w:tcPr>
          <w:p w14:paraId="305A83B0" w14:textId="77777777" w:rsidR="00CE3156" w:rsidRDefault="00000000">
            <w:r>
              <w:rPr>
                <w:sz w:val="18"/>
              </w:rPr>
              <w:t>Moldova</w:t>
            </w:r>
          </w:p>
        </w:tc>
        <w:tc>
          <w:tcPr>
            <w:tcW w:w="2045" w:type="dxa"/>
            <w:vAlign w:val="center"/>
          </w:tcPr>
          <w:p w14:paraId="1B7AC637" w14:textId="77777777" w:rsidR="00CE3156" w:rsidRDefault="00CE3156"/>
        </w:tc>
      </w:tr>
      <w:tr w:rsidR="00CE3156" w14:paraId="5260A08B" w14:textId="77777777">
        <w:trPr>
          <w:jc w:val="center"/>
        </w:trPr>
        <w:tc>
          <w:tcPr>
            <w:tcW w:w="2045" w:type="dxa"/>
            <w:vAlign w:val="center"/>
          </w:tcPr>
          <w:p w14:paraId="0016118A" w14:textId="77777777" w:rsidR="00CE3156" w:rsidRDefault="00000000">
            <w:r>
              <w:rPr>
                <w:sz w:val="18"/>
              </w:rPr>
              <w:t>7th</w:t>
            </w:r>
          </w:p>
        </w:tc>
        <w:tc>
          <w:tcPr>
            <w:tcW w:w="2045" w:type="dxa"/>
            <w:vAlign w:val="center"/>
          </w:tcPr>
          <w:p w14:paraId="69AB9AE5" w14:textId="77777777" w:rsidR="00CE3156" w:rsidRDefault="00000000">
            <w:r>
              <w:rPr>
                <w:sz w:val="18"/>
              </w:rPr>
              <w:t>2025</w:t>
            </w:r>
          </w:p>
        </w:tc>
        <w:tc>
          <w:tcPr>
            <w:tcW w:w="2045" w:type="dxa"/>
            <w:vAlign w:val="center"/>
          </w:tcPr>
          <w:p w14:paraId="77623322" w14:textId="77777777" w:rsidR="00CE3156" w:rsidRDefault="00000000">
            <w:r>
              <w:rPr>
                <w:sz w:val="18"/>
              </w:rPr>
              <w:t>Mariánské Lázně</w:t>
            </w:r>
          </w:p>
        </w:tc>
        <w:tc>
          <w:tcPr>
            <w:tcW w:w="2045" w:type="dxa"/>
            <w:vAlign w:val="center"/>
          </w:tcPr>
          <w:p w14:paraId="0D509511" w14:textId="77777777" w:rsidR="00CE3156" w:rsidRDefault="00000000">
            <w:r>
              <w:rPr>
                <w:sz w:val="18"/>
              </w:rPr>
              <w:t>Czech Republic</w:t>
            </w:r>
          </w:p>
        </w:tc>
        <w:tc>
          <w:tcPr>
            <w:tcW w:w="2045" w:type="dxa"/>
            <w:vAlign w:val="center"/>
          </w:tcPr>
          <w:p w14:paraId="67736E70" w14:textId="77777777" w:rsidR="00CE3156" w:rsidRDefault="00CE3156"/>
        </w:tc>
      </w:tr>
      <w:tr w:rsidR="00CE3156" w14:paraId="76FEEDF4" w14:textId="77777777">
        <w:trPr>
          <w:jc w:val="center"/>
        </w:trPr>
        <w:tc>
          <w:tcPr>
            <w:tcW w:w="2045" w:type="dxa"/>
            <w:vAlign w:val="center"/>
          </w:tcPr>
          <w:p w14:paraId="5FFBD6E0" w14:textId="77777777" w:rsidR="00CE3156" w:rsidRDefault="00000000">
            <w:r>
              <w:rPr>
                <w:sz w:val="18"/>
              </w:rPr>
              <w:t>8th</w:t>
            </w:r>
          </w:p>
        </w:tc>
        <w:tc>
          <w:tcPr>
            <w:tcW w:w="2045" w:type="dxa"/>
            <w:vAlign w:val="center"/>
          </w:tcPr>
          <w:p w14:paraId="5B6F3C2B" w14:textId="77777777" w:rsidR="00CE3156" w:rsidRDefault="00000000">
            <w:r>
              <w:rPr>
                <w:sz w:val="18"/>
              </w:rPr>
              <w:t>2026</w:t>
            </w:r>
          </w:p>
        </w:tc>
        <w:tc>
          <w:tcPr>
            <w:tcW w:w="2045" w:type="dxa"/>
            <w:vAlign w:val="center"/>
          </w:tcPr>
          <w:p w14:paraId="556433EF" w14:textId="77777777" w:rsidR="00CE3156" w:rsidRDefault="00000000">
            <w:proofErr w:type="spellStart"/>
            <w:r>
              <w:rPr>
                <w:sz w:val="18"/>
              </w:rPr>
              <w:t>Veszprém</w:t>
            </w:r>
            <w:proofErr w:type="spellEnd"/>
          </w:p>
        </w:tc>
        <w:tc>
          <w:tcPr>
            <w:tcW w:w="2045" w:type="dxa"/>
            <w:vAlign w:val="center"/>
          </w:tcPr>
          <w:p w14:paraId="00292A66" w14:textId="77777777" w:rsidR="00CE3156" w:rsidRDefault="00000000">
            <w:r>
              <w:rPr>
                <w:sz w:val="18"/>
              </w:rPr>
              <w:t>Hungary</w:t>
            </w:r>
          </w:p>
        </w:tc>
        <w:tc>
          <w:tcPr>
            <w:tcW w:w="2045" w:type="dxa"/>
            <w:vAlign w:val="center"/>
          </w:tcPr>
          <w:p w14:paraId="464C44F9" w14:textId="77777777" w:rsidR="00CE3156" w:rsidRDefault="00CE3156"/>
        </w:tc>
      </w:tr>
      <w:tr w:rsidR="00C403FE" w14:paraId="7A94B3C5" w14:textId="77777777">
        <w:trPr>
          <w:jc w:val="center"/>
        </w:trPr>
        <w:tc>
          <w:tcPr>
            <w:tcW w:w="2045" w:type="dxa"/>
            <w:vAlign w:val="center"/>
          </w:tcPr>
          <w:p w14:paraId="0E1E4170" w14:textId="28767013" w:rsidR="00C403FE" w:rsidRDefault="00C403FE">
            <w:pPr>
              <w:rPr>
                <w:sz w:val="18"/>
              </w:rPr>
            </w:pPr>
            <w:r>
              <w:rPr>
                <w:sz w:val="18"/>
              </w:rPr>
              <w:t>9th</w:t>
            </w:r>
          </w:p>
        </w:tc>
        <w:tc>
          <w:tcPr>
            <w:tcW w:w="2045" w:type="dxa"/>
            <w:vAlign w:val="center"/>
          </w:tcPr>
          <w:p w14:paraId="39C118B7" w14:textId="6D2C8F93" w:rsidR="00C403FE" w:rsidRDefault="00C403FE">
            <w:pPr>
              <w:rPr>
                <w:sz w:val="18"/>
              </w:rPr>
            </w:pPr>
            <w:r>
              <w:rPr>
                <w:sz w:val="18"/>
              </w:rPr>
              <w:t>2027</w:t>
            </w:r>
          </w:p>
        </w:tc>
        <w:tc>
          <w:tcPr>
            <w:tcW w:w="2045" w:type="dxa"/>
            <w:vAlign w:val="center"/>
          </w:tcPr>
          <w:p w14:paraId="3FDDF2B5" w14:textId="29F814E6" w:rsidR="00C403FE" w:rsidRDefault="00C403FE">
            <w:pPr>
              <w:rPr>
                <w:sz w:val="18"/>
              </w:rPr>
            </w:pPr>
            <w:r>
              <w:rPr>
                <w:sz w:val="18"/>
              </w:rPr>
              <w:t>Chisinau</w:t>
            </w:r>
          </w:p>
        </w:tc>
        <w:tc>
          <w:tcPr>
            <w:tcW w:w="2045" w:type="dxa"/>
            <w:vAlign w:val="center"/>
          </w:tcPr>
          <w:p w14:paraId="40B4D582" w14:textId="7A6B3B5D" w:rsidR="00C403FE" w:rsidRDefault="00C403FE">
            <w:pPr>
              <w:rPr>
                <w:sz w:val="18"/>
              </w:rPr>
            </w:pPr>
            <w:r>
              <w:rPr>
                <w:sz w:val="18"/>
              </w:rPr>
              <w:t>Moldova</w:t>
            </w:r>
          </w:p>
        </w:tc>
        <w:tc>
          <w:tcPr>
            <w:tcW w:w="2045" w:type="dxa"/>
            <w:vAlign w:val="center"/>
          </w:tcPr>
          <w:p w14:paraId="746FA833" w14:textId="77777777" w:rsidR="00C403FE" w:rsidRDefault="00C403FE"/>
        </w:tc>
      </w:tr>
    </w:tbl>
    <w:p w14:paraId="2CFBAEA4" w14:textId="77777777" w:rsidR="00CE3156" w:rsidRDefault="00000000">
      <w:r>
        <w:t>The 2021 World Youth Championship scheduled for Slovenia was also canceled because of the COVID-19 situation. The next completed edition was therefore the 4th World Youth Championship in Romania in 2022.</w:t>
      </w:r>
    </w:p>
    <w:p w14:paraId="4E678CF0" w14:textId="77777777" w:rsidR="00CE3156" w:rsidRDefault="00000000">
      <w:pPr>
        <w:pStyle w:val="Heading1"/>
      </w:pPr>
      <w:r>
        <w:t>5. Summary by Championship Series</w:t>
      </w:r>
    </w:p>
    <w:tbl>
      <w:tblPr>
        <w:tblStyle w:val="TableGrid"/>
        <w:tblW w:w="0" w:type="auto"/>
        <w:jc w:val="center"/>
        <w:tblLook w:val="04A0" w:firstRow="1" w:lastRow="0" w:firstColumn="1" w:lastColumn="0" w:noHBand="0" w:noVBand="1"/>
      </w:tblPr>
      <w:tblGrid>
        <w:gridCol w:w="2556"/>
        <w:gridCol w:w="2556"/>
        <w:gridCol w:w="2556"/>
        <w:gridCol w:w="2556"/>
      </w:tblGrid>
      <w:tr w:rsidR="00CE3156" w14:paraId="637AD505" w14:textId="77777777">
        <w:trPr>
          <w:jc w:val="center"/>
        </w:trPr>
        <w:tc>
          <w:tcPr>
            <w:tcW w:w="2556" w:type="dxa"/>
            <w:shd w:val="clear" w:color="auto" w:fill="D9EAF7"/>
            <w:vAlign w:val="center"/>
          </w:tcPr>
          <w:p w14:paraId="7596B856" w14:textId="77777777" w:rsidR="00CE3156" w:rsidRDefault="00000000">
            <w:r>
              <w:rPr>
                <w:b/>
                <w:sz w:val="18"/>
              </w:rPr>
              <w:t>Championship series</w:t>
            </w:r>
          </w:p>
        </w:tc>
        <w:tc>
          <w:tcPr>
            <w:tcW w:w="2556" w:type="dxa"/>
            <w:shd w:val="clear" w:color="auto" w:fill="D9EAF7"/>
            <w:vAlign w:val="center"/>
          </w:tcPr>
          <w:p w14:paraId="322AC3B0" w14:textId="77777777" w:rsidR="00CE3156" w:rsidRDefault="00000000">
            <w:r>
              <w:rPr>
                <w:b/>
                <w:sz w:val="18"/>
              </w:rPr>
              <w:t>Period</w:t>
            </w:r>
          </w:p>
        </w:tc>
        <w:tc>
          <w:tcPr>
            <w:tcW w:w="2556" w:type="dxa"/>
            <w:shd w:val="clear" w:color="auto" w:fill="D9EAF7"/>
            <w:vAlign w:val="center"/>
          </w:tcPr>
          <w:p w14:paraId="2DA207F0" w14:textId="77777777" w:rsidR="00CE3156" w:rsidRDefault="00000000">
            <w:r>
              <w:rPr>
                <w:b/>
                <w:sz w:val="18"/>
              </w:rPr>
              <w:t>Latest edition</w:t>
            </w:r>
          </w:p>
        </w:tc>
        <w:tc>
          <w:tcPr>
            <w:tcW w:w="2556" w:type="dxa"/>
            <w:shd w:val="clear" w:color="auto" w:fill="D9EAF7"/>
            <w:vAlign w:val="center"/>
          </w:tcPr>
          <w:p w14:paraId="3C17433A" w14:textId="77777777" w:rsidR="00CE3156" w:rsidRDefault="00000000">
            <w:r>
              <w:rPr>
                <w:b/>
                <w:sz w:val="18"/>
              </w:rPr>
              <w:t>Historical note</w:t>
            </w:r>
          </w:p>
        </w:tc>
      </w:tr>
      <w:tr w:rsidR="00CE3156" w14:paraId="32F5ABB2" w14:textId="77777777">
        <w:trPr>
          <w:jc w:val="center"/>
        </w:trPr>
        <w:tc>
          <w:tcPr>
            <w:tcW w:w="2556" w:type="dxa"/>
            <w:vAlign w:val="center"/>
          </w:tcPr>
          <w:p w14:paraId="7A4B0F8F" w14:textId="77777777" w:rsidR="00CE3156" w:rsidRDefault="00000000">
            <w:r>
              <w:rPr>
                <w:sz w:val="18"/>
              </w:rPr>
              <w:t>IARU World ARDF Championship</w:t>
            </w:r>
          </w:p>
        </w:tc>
        <w:tc>
          <w:tcPr>
            <w:tcW w:w="2556" w:type="dxa"/>
            <w:vAlign w:val="center"/>
          </w:tcPr>
          <w:p w14:paraId="2CA0CC9F" w14:textId="3F083ABF" w:rsidR="00CE3156" w:rsidRDefault="00000000">
            <w:r>
              <w:rPr>
                <w:sz w:val="18"/>
              </w:rPr>
              <w:t>1980–202</w:t>
            </w:r>
            <w:r w:rsidR="00C403FE">
              <w:rPr>
                <w:sz w:val="18"/>
              </w:rPr>
              <w:t>7</w:t>
            </w:r>
          </w:p>
        </w:tc>
        <w:tc>
          <w:tcPr>
            <w:tcW w:w="2556" w:type="dxa"/>
            <w:vAlign w:val="center"/>
          </w:tcPr>
          <w:p w14:paraId="2FD6CA5A" w14:textId="777540F7" w:rsidR="00CE3156" w:rsidRDefault="00000000">
            <w:r>
              <w:rPr>
                <w:sz w:val="18"/>
              </w:rPr>
              <w:t>22nd completed edition in 202</w:t>
            </w:r>
            <w:r w:rsidR="00C403FE">
              <w:rPr>
                <w:sz w:val="18"/>
              </w:rPr>
              <w:t>7</w:t>
            </w:r>
          </w:p>
        </w:tc>
        <w:tc>
          <w:tcPr>
            <w:tcW w:w="2556" w:type="dxa"/>
            <w:vAlign w:val="center"/>
          </w:tcPr>
          <w:p w14:paraId="5E1DA953" w14:textId="77777777" w:rsidR="00CE3156" w:rsidRDefault="00000000">
            <w:r>
              <w:rPr>
                <w:sz w:val="18"/>
              </w:rPr>
              <w:t>2020 edition planned for Serbia was canceled; 20th held in 2022.</w:t>
            </w:r>
          </w:p>
        </w:tc>
      </w:tr>
      <w:tr w:rsidR="00CE3156" w14:paraId="7461FE44" w14:textId="77777777">
        <w:trPr>
          <w:jc w:val="center"/>
        </w:trPr>
        <w:tc>
          <w:tcPr>
            <w:tcW w:w="2556" w:type="dxa"/>
            <w:vAlign w:val="center"/>
          </w:tcPr>
          <w:p w14:paraId="15C89DA3" w14:textId="77777777" w:rsidR="00CE3156" w:rsidRDefault="00000000">
            <w:r>
              <w:rPr>
                <w:sz w:val="18"/>
              </w:rPr>
              <w:t>IARU Region 1 ARDF Championship</w:t>
            </w:r>
          </w:p>
        </w:tc>
        <w:tc>
          <w:tcPr>
            <w:tcW w:w="2556" w:type="dxa"/>
            <w:vAlign w:val="center"/>
          </w:tcPr>
          <w:p w14:paraId="4C54451D" w14:textId="77777777" w:rsidR="00CE3156" w:rsidRDefault="00000000">
            <w:r>
              <w:rPr>
                <w:sz w:val="18"/>
              </w:rPr>
              <w:t>1961–2026</w:t>
            </w:r>
          </w:p>
        </w:tc>
        <w:tc>
          <w:tcPr>
            <w:tcW w:w="2556" w:type="dxa"/>
            <w:vAlign w:val="center"/>
          </w:tcPr>
          <w:p w14:paraId="57EC4DA3" w14:textId="77777777" w:rsidR="00CE3156" w:rsidRDefault="00000000">
            <w:r>
              <w:rPr>
                <w:sz w:val="18"/>
              </w:rPr>
              <w:t>25th edition in 2026</w:t>
            </w:r>
          </w:p>
        </w:tc>
        <w:tc>
          <w:tcPr>
            <w:tcW w:w="2556" w:type="dxa"/>
            <w:vAlign w:val="center"/>
          </w:tcPr>
          <w:p w14:paraId="1F6B59D5" w14:textId="77777777" w:rsidR="00CE3156" w:rsidRDefault="00000000">
            <w:r>
              <w:rPr>
                <w:sz w:val="18"/>
              </w:rPr>
              <w:t>First 8 editions were European Championships; series resumed as IARU R1 in 1993.</w:t>
            </w:r>
          </w:p>
        </w:tc>
      </w:tr>
      <w:tr w:rsidR="00CE3156" w14:paraId="261298D7" w14:textId="77777777">
        <w:trPr>
          <w:jc w:val="center"/>
        </w:trPr>
        <w:tc>
          <w:tcPr>
            <w:tcW w:w="2556" w:type="dxa"/>
            <w:vAlign w:val="center"/>
          </w:tcPr>
          <w:p w14:paraId="6E647840" w14:textId="77777777" w:rsidR="00CE3156" w:rsidRDefault="00000000">
            <w:r>
              <w:rPr>
                <w:sz w:val="18"/>
              </w:rPr>
              <w:t>IARU World Youth ARDF Championship</w:t>
            </w:r>
          </w:p>
        </w:tc>
        <w:tc>
          <w:tcPr>
            <w:tcW w:w="2556" w:type="dxa"/>
            <w:vAlign w:val="center"/>
          </w:tcPr>
          <w:p w14:paraId="1F6631B4" w14:textId="00572507" w:rsidR="00CE3156" w:rsidRDefault="00000000">
            <w:r>
              <w:rPr>
                <w:sz w:val="18"/>
              </w:rPr>
              <w:t>2017–202</w:t>
            </w:r>
            <w:r w:rsidR="00C403FE">
              <w:rPr>
                <w:sz w:val="18"/>
              </w:rPr>
              <w:t>7</w:t>
            </w:r>
          </w:p>
        </w:tc>
        <w:tc>
          <w:tcPr>
            <w:tcW w:w="2556" w:type="dxa"/>
            <w:vAlign w:val="center"/>
          </w:tcPr>
          <w:p w14:paraId="2E8D8302" w14:textId="30CD6D08" w:rsidR="00CE3156" w:rsidRDefault="00000000">
            <w:r>
              <w:rPr>
                <w:sz w:val="18"/>
              </w:rPr>
              <w:t>8th edition in 202</w:t>
            </w:r>
            <w:r w:rsidR="00C403FE">
              <w:rPr>
                <w:sz w:val="18"/>
              </w:rPr>
              <w:t>7</w:t>
            </w:r>
          </w:p>
        </w:tc>
        <w:tc>
          <w:tcPr>
            <w:tcW w:w="2556" w:type="dxa"/>
            <w:vAlign w:val="center"/>
          </w:tcPr>
          <w:p w14:paraId="05E7BB8C" w14:textId="77777777" w:rsidR="00CE3156" w:rsidRDefault="00000000">
            <w:r>
              <w:rPr>
                <w:sz w:val="18"/>
              </w:rPr>
              <w:t>2020 and 2021 planned youth events were affected by COVID-19; 4th completed in 2022.</w:t>
            </w:r>
          </w:p>
        </w:tc>
      </w:tr>
    </w:tbl>
    <w:p w14:paraId="1DE7437D" w14:textId="77777777" w:rsidR="00CE3156" w:rsidRDefault="00CE3156"/>
    <w:sectPr w:rsidR="00CE3156" w:rsidSect="007F4543">
      <w:headerReference w:type="default" r:id="rId8"/>
      <w:pgSz w:w="12240" w:h="15840"/>
      <w:pgMar w:top="851" w:right="1009" w:bottom="851" w:left="10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20FBB" w14:textId="77777777" w:rsidR="00E100EE" w:rsidRDefault="00E100EE">
      <w:pPr>
        <w:spacing w:after="0" w:line="240" w:lineRule="auto"/>
      </w:pPr>
      <w:r>
        <w:separator/>
      </w:r>
    </w:p>
  </w:endnote>
  <w:endnote w:type="continuationSeparator" w:id="0">
    <w:p w14:paraId="0DBD2FA4" w14:textId="77777777" w:rsidR="00E100EE" w:rsidRDefault="00E10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012B6" w14:textId="77777777" w:rsidR="00E100EE" w:rsidRDefault="00E100EE">
      <w:pPr>
        <w:spacing w:after="0" w:line="240" w:lineRule="auto"/>
      </w:pPr>
      <w:r>
        <w:separator/>
      </w:r>
    </w:p>
  </w:footnote>
  <w:footnote w:type="continuationSeparator" w:id="0">
    <w:p w14:paraId="0A3E99D9" w14:textId="77777777" w:rsidR="00E100EE" w:rsidRDefault="00E10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63D60" w14:textId="4F91CAB0" w:rsidR="00CE3156" w:rsidRDefault="00CE3156" w:rsidP="00C403FE">
    <w:pPr>
      <w:pStyle w:val="Header"/>
    </w:pPr>
  </w:p>
  <w:p w14:paraId="1C013866" w14:textId="77777777" w:rsidR="00C403FE" w:rsidRPr="00C403FE" w:rsidRDefault="00C403FE" w:rsidP="00C40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1054981">
    <w:abstractNumId w:val="8"/>
  </w:num>
  <w:num w:numId="2" w16cid:durableId="1144274531">
    <w:abstractNumId w:val="6"/>
  </w:num>
  <w:num w:numId="3" w16cid:durableId="96944347">
    <w:abstractNumId w:val="5"/>
  </w:num>
  <w:num w:numId="4" w16cid:durableId="1364865147">
    <w:abstractNumId w:val="4"/>
  </w:num>
  <w:num w:numId="5" w16cid:durableId="676005765">
    <w:abstractNumId w:val="7"/>
  </w:num>
  <w:num w:numId="6" w16cid:durableId="664936989">
    <w:abstractNumId w:val="3"/>
  </w:num>
  <w:num w:numId="7" w16cid:durableId="322700748">
    <w:abstractNumId w:val="2"/>
  </w:num>
  <w:num w:numId="8" w16cid:durableId="1623148977">
    <w:abstractNumId w:val="1"/>
  </w:num>
  <w:num w:numId="9" w16cid:durableId="328362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2D9A"/>
    <w:rsid w:val="0029639D"/>
    <w:rsid w:val="00326F90"/>
    <w:rsid w:val="00673D86"/>
    <w:rsid w:val="006E74DA"/>
    <w:rsid w:val="007D766E"/>
    <w:rsid w:val="007E010E"/>
    <w:rsid w:val="007F4543"/>
    <w:rsid w:val="00AA1D8D"/>
    <w:rsid w:val="00B47730"/>
    <w:rsid w:val="00C403FE"/>
    <w:rsid w:val="00CB0664"/>
    <w:rsid w:val="00CE3156"/>
    <w:rsid w:val="00D119FF"/>
    <w:rsid w:val="00E100EE"/>
    <w:rsid w:val="00F34D62"/>
    <w:rsid w:val="00F473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CDCBC7"/>
  <w14:defaultImageDpi w14:val="300"/>
  <w15:docId w15:val="{F68AF310-CF24-4548-A312-925208E41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212D9A"/>
    <w:pPr>
      <w:autoSpaceDE w:val="0"/>
      <w:autoSpaceDN w:val="0"/>
      <w:adjustRightInd w:val="0"/>
      <w:spacing w:after="0" w:line="240" w:lineRule="auto"/>
    </w:pPr>
    <w:rPr>
      <w:rFonts w:ascii="Arial" w:hAnsi="Arial" w:cs="Arial"/>
      <w:color w:val="000000"/>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Dusan Ceha</cp:lastModifiedBy>
  <cp:revision>6</cp:revision>
  <dcterms:created xsi:type="dcterms:W3CDTF">2013-12-23T23:15:00Z</dcterms:created>
  <dcterms:modified xsi:type="dcterms:W3CDTF">2026-10-02T05:46:00Z</dcterms:modified>
  <cp:category/>
</cp:coreProperties>
</file>